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Practical Training &amp; Operations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Prepared daily ledger entries, bank reconciliations, and audited financial statements.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Audited source documents, managed payables/receivables, and maintained compliance.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month-end reconciliations with 100% balancing precision.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Professional Operations &amp; Technical Tasks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Associate University Diploma</w:t>
      </w:r>
      <w:r>
        <w:rPr>
          <w:rFonts w:ascii="Arial" w:hAnsi="Arial"/>
          <w:b w:val="0"/>
          <w:color w:val="2563EB"/>
          <w:sz w:val="19"/>
        </w:rPr>
        <w:t xml:space="preserve">  •  Luminus Technical University College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