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ABDULRAHMAN AMJAD AHMED MOUSA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LINE COOK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abdawi700@gmail.com   |   0792892467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Culinary Arts graduate with a strong foundation in professional kitchen operations and food preparation. Committed to maintaining high standards of hygiene, quality control, and efficient station management in fast-paced environments. Eager to contribute technical skills and a collaborative work ethic to a professional five-star hotel kitchen team.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100% compliance with food safety and HACCP sanitation protocols during daily kitchen operations.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consistent quality and presentation standards for all menu items, contributing to positive guest feedback.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Line Cook &amp; Kitchen Operations Specialist</w:t>
      </w:r>
      <w:r>
        <w:rPr>
          <w:rFonts w:ascii="Arial" w:hAnsi="Arial"/>
          <w:b/>
          <w:color w:val="2563EB"/>
          <w:sz w:val="19"/>
        </w:rPr>
        <w:t xml:space="preserve">  •  Abu Al-Ezz Restaurant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daily food preparation and station setup, ensuring 100% readiness for service hours.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 with the kitchen team to manage pantry operations and maintain organized, efficient workstations.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Adhere strictly to food safety, hygiene, and sanitation procedures to ensure a safe environment for staff and guests.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Coordinate with the restaurant call center to manage order flow, ensuring 95% accuracy in communication and guest service.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Support menu execution by adapting to varying kitchen requirements and volume demands during peak service times.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Competencies: </w:t>
      </w:r>
      <w:r>
        <w:rPr>
          <w:rFonts w:ascii="Arial" w:hAnsi="Arial"/>
          <w:b w:val="0"/>
          <w:color w:val="334155"/>
          <w:sz w:val="18"/>
        </w:rPr>
        <w:t>Food Preparation  •  Menu Execution  •  Pantry Operations  •  Station Setup &amp; Rotation  •  Ingredient Handling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Systems: </w:t>
      </w:r>
      <w:r>
        <w:rPr>
          <w:rFonts w:ascii="Arial" w:hAnsi="Arial"/>
          <w:b w:val="0"/>
          <w:color w:val="334155"/>
          <w:sz w:val="18"/>
        </w:rPr>
        <w:t>Inventory Management Systems  •  Order Management Software  •  POS Systems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Quality &amp; Industry Standards: </w:t>
      </w:r>
      <w:r>
        <w:rPr>
          <w:rFonts w:ascii="Arial" w:hAnsi="Arial"/>
          <w:b w:val="0"/>
          <w:color w:val="334155"/>
          <w:sz w:val="18"/>
        </w:rPr>
        <w:t>Food Safety &amp; HACCP  •  Kitchen Sanitation  •  Quality Control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Soft Skills: </w:t>
      </w:r>
      <w:r>
        <w:rPr>
          <w:rFonts w:ascii="Arial" w:hAnsi="Arial"/>
          <w:b w:val="0"/>
          <w:color w:val="334155"/>
          <w:sz w:val="18"/>
        </w:rPr>
        <w:t>Teamwork &amp; Collaboration  •  Time Management  •  Adaptability  •  Customer Service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Diploma in Culinary Arts</w:t>
      </w:r>
      <w:r>
        <w:rPr>
          <w:rFonts w:ascii="Arial" w:hAnsi="Arial"/>
          <w:b w:val="0"/>
          <w:color w:val="2563EB"/>
          <w:sz w:val="19"/>
        </w:rPr>
        <w:t xml:space="preserve">  •  Arab Amman University College for Technology</w:t>
      </w:r>
      <w:r>
        <w:rPr>
          <w:rFonts w:ascii="Arial" w:hAnsi="Arial"/>
          <w:b w:val="0"/>
          <w:color w:val="64748B"/>
          <w:sz w:val="17"/>
        </w:rPr>
        <w:t xml:space="preserve">   [2026]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