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عبود جرافة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دعم تقني وتطوير نظم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عمان، الأردن   |   ✉️ aboodjrafa123456@gmail.com   |   📞 0776099843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محترف طموح ويسعى دائماً للتميز، يمتلك أساسيات قوية في مجالات التكنولوجيا وإدارة المهام التشغيلية. يتميز بالقدرة العالية على التعلم السريع والتكيف مع بيئات العمل المختلفة لتحقيق الأهداف المؤسسية بكفاءة عالية.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تقنية معلومات</w:t>
      </w:r>
      <w:r>
        <w:rPr>
          <w:rFonts w:ascii="Arial" w:hAnsi="Arial"/>
          <w:b/>
          <w:color w:val="2563EB"/>
          <w:sz w:val="19"/>
        </w:rPr>
        <w:t xml:space="preserve">  •  شركة الحلول التقنية المتقدمة</w:t>
      </w:r>
      <w:r>
        <w:rPr>
          <w:rFonts w:ascii="Arial" w:hAnsi="Arial"/>
          <w:b w:val="0"/>
          <w:color w:val="64748B"/>
          <w:sz w:val="17"/>
        </w:rPr>
        <w:t xml:space="preserve">   [يناير 2023 - الحاضر]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قدم الدعم الفني وحل المشكلات التقنية لأكثر من 50 مستخدماً بكفاءة عالية وسرعة استجابة.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ساهم في تحديث وصيانة الأنظمة البرمجية مما أدى إلى تحسين كفاءة الأداء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نسق مع فرق العمل المختلفة لضمان تنفيذ المهام التقنية بدقة ووفقاً للجداول الزمنية المحددة.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في تكنولوجيا المعلومات</w:t>
      </w:r>
      <w:r>
        <w:rPr>
          <w:rFonts w:ascii="Arial" w:hAnsi="Arial"/>
          <w:b w:val="0"/>
          <w:color w:val="2563EB"/>
          <w:sz w:val="19"/>
        </w:rPr>
        <w:t xml:space="preserve">  •  الجامعة الأردنية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التقنية: </w:t>
      </w:r>
      <w:r>
        <w:rPr>
          <w:rFonts w:ascii="Arial" w:hAnsi="Arial"/>
          <w:b w:val="0"/>
          <w:color w:val="334155"/>
          <w:sz w:val="18"/>
        </w:rPr>
        <w:t>الدعم الفني  •  صيانة الأجهزة  •  استكشاف الأخطاء وإصلاحها  •  إدارة قواعد البيانات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الشخصية: </w:t>
      </w:r>
      <w:r>
        <w:rPr>
          <w:rFonts w:ascii="Arial" w:hAnsi="Arial"/>
          <w:b w:val="0"/>
          <w:color w:val="334155"/>
          <w:sz w:val="18"/>
        </w:rPr>
        <w:t>العمل الجماعي  •  حل المشكلات  •  التواصل الفعال  •  إدارة الوقت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الشهادات والدورات المهنية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شهادة أساسيات تكنولوجيا المعلومات</w:t>
      </w:r>
      <w:r>
        <w:rPr>
          <w:rFonts w:ascii="Arial" w:hAnsi="Arial"/>
          <w:b w:val="0"/>
          <w:color w:val="475569"/>
          <w:sz w:val="18"/>
        </w:rPr>
        <w:t xml:space="preserve"> - معهد التدريب التقني</w:t>
      </w:r>
      <w:r>
        <w:rPr>
          <w:rFonts w:ascii="Arial" w:hAnsi="Arial"/>
          <w:b w:val="0"/>
          <w:color w:val="64748B"/>
          <w:sz w:val="17"/>
        </w:rPr>
        <w:t xml:space="preserve"> (2023)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العربية (اللغة الأم)   •   الإنجليزية (مستوى جيد جداً)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