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سيف الدين المجالي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أخصائي عمليات وحسابات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عمان، الأردن   |   saif.majali@example.com   |   +962 7 9888 1234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النبذة المهنية التنفيذية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متخصص ومحترف بمسمى أخصائي عمليات وحسابات يمتلك خبرة عملية مثبتة في البيئات التشغيلية الديناميكية. يتميز بالدقة العالية، ومهارات حل المشكلات، والعمل الجماعي الفعال، والالتزام الصارم بأعلى معايير الجودة والإنتاجية.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أبرز الإنجازات المهنية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أبرز الإنجازات: دقة 100% في إغلاق الصندوق اليومي ومطابقة الحسابات بدون أي عجز، وتحقيق رضا عملاء مرتفع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الخبرات المهنية والعملية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أخصائي عمليات وحسابات</w:t>
      </w:r>
      <w:r>
        <w:rPr>
          <w:rFonts w:ascii="Arial" w:hAnsi="Arial"/>
          <w:b/>
          <w:color w:val="2563EB"/>
          <w:sz w:val="19"/>
        </w:rPr>
        <w:t xml:space="preserve">  •  fresh_graduate</w:t>
      </w:r>
      <w:r>
        <w:rPr>
          <w:rFonts w:ascii="Arial" w:hAnsi="Arial"/>
          <w:b w:val="0"/>
          <w:color w:val="64748B"/>
          <w:sz w:val="17"/>
        </w:rPr>
        <w:t xml:space="preserve">   [2023 - حتى الآن]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أبرز الإنجازات: دقة 100% في إغلاق الصندوق اليومي ومطابقة الحسابات بدون أي عجز، وتحقيق رضا عملاء مرتفع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المسمى: كاشير ومسؤول صندوق</w:t>
      </w:r>
      <w:r>
        <w:rPr>
          <w:rFonts w:ascii="Arial" w:hAnsi="Arial"/>
          <w:b/>
          <w:color w:val="2563EB"/>
          <w:sz w:val="19"/>
        </w:rPr>
        <w:t xml:space="preserve">  •  مكان العمل: كافيه ومحمصة الغروب</w:t>
      </w:r>
      <w:r>
        <w:rPr>
          <w:rFonts w:ascii="Arial" w:hAnsi="Arial"/>
          <w:b w:val="0"/>
          <w:color w:val="64748B"/>
          <w:sz w:val="17"/>
        </w:rPr>
        <w:t xml:space="preserve">   [2022 - 2023]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أبرز الإنجازات: دقة 100% في إغلاق الصندوق اليومي ومطابقة الحسابات بدون أي عجز، وتحقيق رضا عملاء مرتفع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المهارات والكفاءات الجوهرية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الكفاءات المهنية التخصصية: </w:t>
      </w:r>
      <w:r>
        <w:rPr>
          <w:rFonts w:ascii="Arial" w:hAnsi="Arial"/>
          <w:b w:val="0"/>
          <w:color w:val="334155"/>
          <w:sz w:val="18"/>
        </w:rPr>
        <w:t>إدارة العمليات التشغيلية  •  تحسين الإجراءات وسير العمل  •  خدمة وإسعاد العملاء  •  التخطيط وتنظيم الموارد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الأدوات الرقمية والبرمجيات: </w:t>
      </w:r>
      <w:r>
        <w:rPr>
          <w:rFonts w:ascii="Arial" w:hAnsi="Arial"/>
          <w:b w:val="0"/>
          <w:color w:val="334155"/>
          <w:sz w:val="18"/>
        </w:rPr>
        <w:t>حزمة مايكروسوفت أوفيس 365  •  برامج إدارة المهام والمشاريع  •  أنظمة إدارة علاقات العملاء CRM  •  إعداد التقارير الإدارية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معايير الجودة والامتثال: </w:t>
      </w:r>
      <w:r>
        <w:rPr>
          <w:rFonts w:ascii="Arial" w:hAnsi="Arial"/>
          <w:b w:val="0"/>
          <w:color w:val="334155"/>
          <w:sz w:val="18"/>
        </w:rPr>
        <w:t>ضبط الجودة الشاملة  •  تطبيق إجراءات العمل القياسية (SOPs)  •  المتابعة والتقييم المستمر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المهارات الشخصية والقيادية: </w:t>
      </w:r>
      <w:r>
        <w:rPr>
          <w:rFonts w:ascii="Arial" w:hAnsi="Arial"/>
          <w:b w:val="0"/>
          <w:color w:val="334155"/>
          <w:sz w:val="18"/>
        </w:rPr>
        <w:t>حل المشكلات واتخاذ القرار  •  التواصل الفعال  •  إدارة الوقت وتحديد الأولويات  •  الدقة العالية والالتزام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التعليم والمؤهلات الأكاديمية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دبلوم كليات جامعية متوسطة</w:t>
      </w:r>
      <w:r>
        <w:rPr>
          <w:rFonts w:ascii="Arial" w:hAnsi="Arial"/>
          <w:b w:val="0"/>
          <w:color w:val="2563EB"/>
          <w:sz w:val="19"/>
        </w:rPr>
        <w:t xml:space="preserve">  •  كلية عمان الجامعية</w:t>
      </w:r>
      <w:r>
        <w:rPr>
          <w:rFonts w:ascii="Arial" w:hAnsi="Arial"/>
          <w:b w:val="0"/>
          <w:color w:val="64748B"/>
          <w:sz w:val="17"/>
        </w:rPr>
        <w:t xml:space="preserve">   [2023]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مؤهل معتمد وموثق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اللغات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اللغة العربية (اللغة الأم (متقن 100%))   •   اللغة الإنجليزية (مستوى مهني متقدم (Professional Working))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EXPERIENCE_LEVEL</w:t>
      </w:r>
    </w:p>
    <w:p>
      <w:pPr>
        <w:spacing w:before="20" w:after="40"/>
      </w:pPr>
      <w:r>
        <w:rPr>
          <w:rFonts w:ascii="Arial" w:hAnsi="Arial"/>
          <w:b w:val="0"/>
          <w:color w:val="334155"/>
          <w:sz w:val="17"/>
        </w:rPr>
        <w:t>fresh_graduate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fresh_graduate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تفريغ_المقابلة_الذكية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[البيانات الأساسية]: الاسم: سيف الدين المجالي | المسمى: كاشير ومسؤول مبيعات وتجزئة | الهاتف: +962 7 9888 1234 | البريد: saif.majali@example.com | السكن: عمان، الأردن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[المؤهل العلمي]: الدرجة والتخصص: دبلوم إدارة أعمال وتسويق | الجامعة/الكلية: كلية عمان الجامعية | سنة التخرج: 2023 | مستوى الخبرة: حديث تخرج / مبتدئ (0-1 سنة)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[الخبرات العملية]: مكان العمل: كافيه ومحمصة الغروب | المسمى: كاشير ومسؤول صندوق | الفترة: 2023 - 2024 | المهام: استقبال الزبائن، إصدار فواتير المبيعات، استلام المبالغ النقدية وإغلاق الصندوق اليومي وجرد المستودع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[الأدوات والأنظمة]: البرمجيات والأنظمة: POS Systems (Micros / Square), Excel, Word, Barcode Scanners | معايير الجودة والدورات: خدمة العملاء وسلامة الغذاء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[الإنجازات]: أبرز الإنجازات: دقة 100% في إغلاق الصندوق اليومي ومطابقة الحسابات بدون أي عجز، وتحقيق رضا عملاء مرتفع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[المهارات واللغات]: المهارات الشخصية: العمل بروح الفريق، الالتزام بالمواعيد، سرعة التعلم، الدقة والأمانة | اللغات: اللغة العربية (اللغة الأم - طلاقة تامة)، اللغة الإنجليزية (مستوى مهني جيد)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