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CANDIDATE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+962 7 9545 3503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Professional Specialist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Professional Specialist</w:t>
      </w:r>
      <w:r>
        <w:rPr>
          <w:rFonts w:ascii="Arial" w:hAnsi="Arial"/>
          <w:b/>
          <w:color w:val="2563EB"/>
          <w:sz w:val="19"/>
        </w:rPr>
        <w:t xml:space="preserve">  •  ﻋﻮاد ﻋﺒﺪاﻟﻘﺎدر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ﻣدﯾر ﺗدﻗﯾﻖ وﻣﺣﺎﺳﺑﺔ أول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أﺑو ﻧﺻﯾر، اﻷردنabedawwad199@gmail.com +962 77 6099843</w:t>
      </w:r>
      <w:r>
        <w:rPr>
          <w:rFonts w:ascii="Arial" w:hAnsi="Arial"/>
          <w:b/>
          <w:color w:val="2563EB"/>
          <w:sz w:val="19"/>
        </w:rPr>
        <w:t xml:space="preserve">  •  ﻋﻣﺎن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ﺳﻧوات ﻓﻲ اﻟﺗدﻗﯾﻖ اﻟﻣﺎﻟﻲ، إﻋداد اﻟﺗﻘﺎرﯾر اﻟﻣﺎﻟﯾﺔ، واﻻﻟﺗزام اﻟﺿرﯾﺑﻲ ﺑﻣﻌﺎﯾﯾر ﻋﺎﻟﯾﺔ ﻣن اﻟدﻗﺔ واﻟﻛﻔﺎءة. أﺛﺑت5ﻣﺣﺎﺳب وﻣدﻗﻖ ﻣﺎﻟﻲ ﺗﻧﻔﯾذي ﯾﺗﻣﺗﻊ ﺑﺧﺑرة ﻣﺗﻘدﻣﺔ ﺗﺗﺟﺎوز</w:t>
      </w:r>
      <w:r>
        <w:rPr>
          <w:rFonts w:ascii="Arial" w:hAnsi="Arial"/>
          <w:b w:val="0"/>
          <w:color w:val="64748B"/>
          <w:sz w:val="17"/>
        </w:rPr>
        <w:t xml:space="preserve">   [2020 - 2021]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ﻧﺟﺎﺣﮫ ﻓﻲ إدارة اﻟﻌﻣﻠﯾﺎت اﻟﻣﺣﺎﺳﺑﯾﺔ اﻟﻣﻌﻘدة، وﺗﻘﯾﯾم اﻟﻣﺧﺎطر اﻟﺗﻧظﯾﻣﯾﺔ، وﺗﻘدﯾم رؤى ﻣﺎﻟﯾﺔ اﺳﺗراﺗﯾﺟﯾﺔ ﺗدﻋم اﻹدارة اﻟﻌﻠﯾﺎ ﻓﻲ اﺗﺧﺎذ ﻗرارات رﺷﯾدة ﻟﺗﻘﻠﯾل اﻻﻟﺗزاﻣﺎت</w:t>
      </w:r>
      <w:r>
        <w:rPr>
          <w:rFonts w:ascii="Arial" w:hAnsi="Arial"/>
          <w:b w:val="0"/>
          <w:color w:val="64748B"/>
          <w:sz w:val="17"/>
        </w:rPr>
        <w:t xml:space="preserve">   [2019 - 2020]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اﻟﺿرﯾﺑﯾﺔ وﺗﻌظﯾم اﻟﻌواﺋد. ﻣﺣﺗرف ﻓﻲ ﻧﻣذﺟﺔ اﻟﺑﯾﺎﻧﺎت اﻟﻣﺎدﯾﺔ ﺑﺎﺳﺗﺧدام أدوات ﺗﺣﻠﯾل اﻟﺑﯾﺎﻧﺎت اﻟﻣﺗﻘدﻣﺔ وإدارة اﻟﺑواﺑﺎت اﻟﺣﻛوﻣﯾﺔ.</w:t>
      </w:r>
      <w:r>
        <w:rPr>
          <w:rFonts w:ascii="Arial" w:hAnsi="Arial"/>
          <w:b w:val="0"/>
          <w:color w:val="64748B"/>
          <w:sz w:val="17"/>
        </w:rPr>
        <w:t xml:space="preserve">   [2018 - 2019]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100+ ﻗﺎﺋﻣﺔ ﻣﺎﻟﯾﺔ وﺣﺳﺎﺑﯾﺔ ﻟﻠﺷرﻛﺎت ﺑﻛﻔﺎءة ﻣﺗﻧﺎھﯾﺔ، ﻣﻣﺎ ﺿﻣن اﻻﻟﺗزام اﻟﺗﺎم ﺑﺎﻟﻣﻌﺎﯾﯾر اﻟدوﻟﯾﺔ واﻟﻘواﻧﯾن اﻟﺣﻛوﻣﯾﺔ ﺑﻧﺳﺑﺔ اﻣﺗﺛﺎل50إﻧﺟﺎز وﺗدﻗﯾﻖ أﻛﺛر ﻣن.%</w:t>
      </w:r>
      <w:r>
        <w:rPr>
          <w:rFonts w:ascii="Arial" w:hAnsi="Arial"/>
          <w:b w:val="0"/>
          <w:color w:val="64748B"/>
          <w:sz w:val="17"/>
        </w:rPr>
        <w:t xml:space="preserve">   [2017 - 2018]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ﺗطوﯾر ﻧﻣﺎذج ﻣﺎﻟﯾﺔ ﻣﺗﻘدﻣﺔ ﺑﺎﺳﺗﺧدامExcel (Pivot Tables &amp; XLOOKUP) 35ﺳﺎھﻣت ﻓﻲ ﺗﻘﻠﯾص وﻗت ﻣﻌﺎﻟﺟﺔ وﺗﺣﻠﯾل اﻟﺑﯾﺎﻧﺎت اﻟﻣﺎﻟﯾﺔ ﺑﻧﺳﺑﺔ.%</w:t>
      </w:r>
      <w:r>
        <w:rPr>
          <w:rFonts w:ascii="Arial" w:hAnsi="Arial"/>
          <w:b w:val="0"/>
          <w:color w:val="64748B"/>
          <w:sz w:val="17"/>
        </w:rPr>
        <w:t xml:space="preserve">   [2016 - 2017]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ﺗﺣدﯾد ﻣﻌﺎﻟﺟﺎت ﻣﺣﺎﺳﺑﯾﺔ دﻗﯾﻘﺔ ﺳﺎھﻣت ﻓﻲ ﺗﺧﻔﯾض اﻻﻟﺗزاﻣﺎت اﻟﺿرﯾﺑﯾﺔ ﻏﯾر اﻟﺿرورﯾﺔ وﺗﺣﺳﯾن اﻟﺗدﻓﻘﺎت اﻟﻧﻘدﯾﺔ ﻟﻠﻌﻣﻼء.</w:t>
      </w:r>
      <w:r>
        <w:rPr>
          <w:rFonts w:ascii="Arial" w:hAnsi="Arial"/>
          <w:b w:val="0"/>
          <w:color w:val="64748B"/>
          <w:sz w:val="17"/>
        </w:rPr>
        <w:t xml:space="preserve">   [2015 - 2016]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ﻣﻛﺗب اﻟﺻﺎﺑر ﻟﻠﻣﺣﺎﺳﺑﯾن اﻟﻘﺎﻧوﻧﯾﯾن ﻣدﻗﻖ ﺣﺳﺎﺑﺎت أول2022 – ﺣﺗﻰ اﻵن</w:t>
      </w:r>
      <w:r>
        <w:rPr>
          <w:rFonts w:ascii="Arial" w:hAnsi="Arial"/>
          <w:b w:val="0"/>
          <w:color w:val="64748B"/>
          <w:sz w:val="17"/>
        </w:rPr>
        <w:t xml:space="preserve">   [2014 - 2015]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اﻷردن ﻋﻤﺎن،</w:t>
      </w:r>
      <w:r>
        <w:rPr>
          <w:rFonts w:ascii="Arial" w:hAnsi="Arial"/>
          <w:b w:val="0"/>
          <w:color w:val="64748B"/>
          <w:sz w:val="17"/>
        </w:rPr>
        <w:t xml:space="preserve">   [2013 - 2014]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إﺟراء ﻋﻣﻠﯾﺎت اﻟﺗدﻗﯾﻖ اﻟﻣﺎﻟﻲ واﻟﻣﺣﺎﺳﺑﻲ اﻟﺷﺎﻣﻠﺔ ﻟﻠﺷرﻛﺎت، ﻣﻊ اﻟﺗرﻛﯾز ﻋﻠﻰ اﻟﺗدﻗﯾﻖ اﻟﺿرﯾﺑﻲ واﻟرﻗﺎﺑﺔ اﻟﻣؤﺳﺳﯾﺔ ﻟﺿﻣﺎن اﻻﻣﺗﺛﺎل اﻟﺗﺎم ﻟﻸﻧظﻣﺔ اﻟﺣﻛوﻣﯾﺔ.</w:t>
      </w:r>
      <w:r>
        <w:rPr>
          <w:rFonts w:ascii="Arial" w:hAnsi="Arial"/>
          <w:b w:val="0"/>
          <w:color w:val="64748B"/>
          <w:sz w:val="17"/>
        </w:rPr>
        <w:t xml:space="preserve">   [2012 - 2013]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إﻋداد وﺗﺣﻠﯾل اﻟﻘواﺋم اﻟﻣﺎﻟﯾﺔ ﺑدرﺟﺔ ﻋﺎﻟﯾﺔ ﻣن اﻟدﻗﺔ ﻟﺿﻣﺎن ﺗواﻓﻘﮭﺎ اﻟﻛﺎﻣل ﻣﻊ اﻟﻣﻌﺎﯾﯾر اﻟدوﻟﯾﺔ ﻹﻋداد اﻟﺗﻘﺎرﯾر اﻟﻣﺎﻟﯾﺔIFRS).</w:t>
      </w:r>
      <w:r>
        <w:rPr>
          <w:rFonts w:ascii="Arial" w:hAnsi="Arial"/>
          <w:b w:val="0"/>
          <w:color w:val="64748B"/>
          <w:sz w:val="17"/>
        </w:rPr>
        <w:t xml:space="preserve">   [2011 - 2012]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ﺗوﻓﯾر ﺗﻘﺎرﯾر ﻣﺎﻟﯾﺔ ﺗﻔﺻﯾﻠﯾﺔ وﻣﻘﺗرﺣﺎت اﺳﺗراﺗﯾﺟﯾﺔ ﻣدﻋوﻣﺔ ﺑﺎﻟﺑﯾﺎﻧﺎت ﻟدﻋم اﻹدارة اﻟﻌﻠﯾﺎ ﻓﻲ اﺗﺧﺎذ اﻟﻘرارات اﻟرﺷﯾدة.</w:t>
      </w:r>
      <w:r>
        <w:rPr>
          <w:rFonts w:ascii="Arial" w:hAnsi="Arial"/>
          <w:b w:val="0"/>
          <w:color w:val="64748B"/>
          <w:sz w:val="17"/>
        </w:rPr>
        <w:t xml:space="preserve">   [2010 - 2011]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ﺗوظﯾف ﻣﮭﺎرات ﻣﺎﯾﻛروﺳوﻓت إﻛﺳل اﻟﻣﺗﻘدﻣﺔ ﻟﺗطوﯾر ﻧﻣﺎذج وﺗﻘﺎرﯾر ﻣﺎﻟﯾﺔ ﻣﻌﻘدة ﺗﺷﻣل اﻟﺟداول اﻟﻣﺣورﯾﺔPivot Tables) واﻟدوال اﻟﻣﺗﻘدﻣﺔVLOOKUP &amp;</w:t>
      </w:r>
      <w:r>
        <w:rPr>
          <w:rFonts w:ascii="Arial" w:hAnsi="Arial"/>
          <w:b w:val="0"/>
          <w:color w:val="64748B"/>
          <w:sz w:val="17"/>
        </w:rPr>
        <w:t xml:space="preserve">   [2009 - 2010]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XLOOKUP).</w:t>
      </w:r>
      <w:r>
        <w:rPr>
          <w:rFonts w:ascii="Arial" w:hAnsi="Arial"/>
          <w:b w:val="0"/>
          <w:color w:val="64748B"/>
          <w:sz w:val="17"/>
        </w:rPr>
        <w:t xml:space="preserve">   [2008 - 2009]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اﻟﺗﻌﺎون اﻟوﺛﯾﻖ ﻣﻊ اﻟﻌﻣﻼء ﻟﺗﺣﺳﯾن اﺳﺗراﺗﯾﺟﯾﺎﺗﮭم اﻟﻣﺎﻟﯾﺔ، رﻓﻊ اﻷداء اﻟﺗﺷﻐﯾﻠﻲ، وﺗﻘﻠﯾل اﻻﻟﺗزاﻣﺎت اﻟﺿرﯾﺑﯾﺔ ﺑﺷﻛل ﻗﺎﻧوﻧﻲ وﻓﻌﺎل.</w:t>
      </w:r>
      <w:r>
        <w:rPr>
          <w:rFonts w:ascii="Arial" w:hAnsi="Arial"/>
          <w:b w:val="0"/>
          <w:color w:val="64748B"/>
          <w:sz w:val="17"/>
        </w:rPr>
        <w:t xml:space="preserve">   [2007 - 2008]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Key Impact: % ﻣن ﺧﻼل أﺗﻣﺗﺔ اﻟﻧﻣﺎذج اﻟﻣﺎﻟﯾﺔ25ﻧﺟﺢ ﻓﻲ ﺗﺣﺳﯾن ﻛﻔﺎءة ﻣراﺟﻌﺔ اﻟﺣﺳﺎﺑﺎت وﺗﻘﻠﯾص زﻣن إﻧﺟﺎز ﻋﻣﻠﯾﺎت اﻟﺗدﻗﯾﻖ ﺑﻧﺳﺑﺔ.</w:t>
      </w:r>
      <w:r>
        <w:rPr>
          <w:rFonts w:ascii="Arial" w:hAnsi="Arial"/>
          <w:b w:val="0"/>
          <w:color w:val="64748B"/>
          <w:sz w:val="17"/>
        </w:rPr>
        <w:t xml:space="preserve">   [2006 - 2007]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ﻋﻣل ﻋن ﺑﻌد أﺧﺻﺎﺋﻲ إدﺧﺎل وﻣراﺟﻌﺔ ﺑﯾﺎﻧﺎت ﻣﺎﻟﯾﺔOnline) 2020 – 2021</w:t>
      </w:r>
      <w:r>
        <w:rPr>
          <w:rFonts w:ascii="Arial" w:hAnsi="Arial"/>
          <w:b w:val="0"/>
          <w:color w:val="64748B"/>
          <w:sz w:val="17"/>
        </w:rPr>
        <w:t xml:space="preserve">   [2005 - 2006]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اﻷردن ﻋﻤﺎن،</w:t>
      </w:r>
      <w:r>
        <w:rPr>
          <w:rFonts w:ascii="Arial" w:hAnsi="Arial"/>
          <w:b w:val="0"/>
          <w:color w:val="64748B"/>
          <w:sz w:val="17"/>
        </w:rPr>
        <w:t xml:space="preserve">   [2004 - 2005]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إدﺧﺎل ﺑﯾﺎﻧﺎت اﻟﻌﻣﻼء واﻟﺣﺳﺎﺑﺎت ﺑدﻗﺔ ﻣﺗﻧﺎھﯾﺔ وﺿﻣن أطر زﻣﻧﯾﺔ ﺿﯾﻘﺔ ﻣﻊ اﻻﻟﺗزام ﺑﺄﻋﻠﻰ ﻣﻌﺎﯾﯾر اﻟﺟودة.</w:t>
      </w:r>
      <w:r>
        <w:rPr>
          <w:rFonts w:ascii="Arial" w:hAnsi="Arial"/>
          <w:b w:val="0"/>
          <w:color w:val="64748B"/>
          <w:sz w:val="17"/>
        </w:rPr>
        <w:t xml:space="preserve">   [2003 - 2004]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ﺗوﻟﯾد ﺗﻘﺎرﯾر دورﯾﺔ دﻗﯾﻘﺔ، وأرﺷﻔﺔ اﻷﻋﻣﺎل اﻟﻣﻛﺗﻣﻠﺔ ﺑﺄﻣﺎن، وإدارة اﻟﻧﺳﺦ اﻻﺣﺗﯾﺎطﯾﺔ ﻟﻠﺑﯾﺎﻧﺎت ﺑﺎﻧﺗظﺎم.</w:t>
      </w:r>
      <w:r>
        <w:rPr>
          <w:rFonts w:ascii="Arial" w:hAnsi="Arial"/>
          <w:b w:val="0"/>
          <w:color w:val="64748B"/>
          <w:sz w:val="17"/>
        </w:rPr>
        <w:t xml:space="preserve">   [2002 - 2003]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اﻟﺗﺣﻘﻖ اﻟﻣﺳﺗﻣر ﻣن دﻗﺔ اﻟﺑﯾﺎﻧﺎت وﺗﺣدﯾد أوﻟوﯾﺎت اﻹدﺧﺎل ﻟﺿﻣﺎن اﻧﺳﯾﺎﺑﯾﺔ اﻟﻌﻣل وﻛﻔﺎءﺗﮫ.</w:t>
      </w:r>
      <w:r>
        <w:rPr>
          <w:rFonts w:ascii="Arial" w:hAnsi="Arial"/>
          <w:b w:val="0"/>
          <w:color w:val="64748B"/>
          <w:sz w:val="17"/>
        </w:rPr>
        <w:t xml:space="preserve">   [2001 - 2002]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اﻟﺣﻔﺎظ ﻋﻠﻰ اﻟﺳرﯾﺔ اﻟﺗﺎﻣﺔ واﻟﺧﺻوﺻﯾﺔ اﻟﻣطﻠﻘﺔ ﻋﻧد إدارة وﺗداول اﻟﻣﻌﻠوﻣﺎت اﻟﻣﺎﻟﯾﺔ واﻟﺣﺳﺎﺳﯾﺔ.</w:t>
      </w:r>
      <w:r>
        <w:rPr>
          <w:rFonts w:ascii="Arial" w:hAnsi="Arial"/>
          <w:b w:val="0"/>
          <w:color w:val="64748B"/>
          <w:sz w:val="17"/>
        </w:rPr>
        <w:t xml:space="preserve">   [2000 - 2001]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Key Impact: % ﻓﻲ إدﺧﺎل وﻣﻌﺎﻟﺟﺔ آﻻف اﻟﺳﺟﻼت اﻟﻣﺎﻟﯾﺔ وﺣﺳﺎﺑﺎت اﻟﻌﻣﻼء99.8ﺣﻘﻖ ﻧﺳﺑﺔ دﻗﺔ ﺑﻠﻐت.</w:t>
      </w:r>
      <w:r>
        <w:rPr>
          <w:rFonts w:ascii="Arial" w:hAnsi="Arial"/>
          <w:b w:val="0"/>
          <w:color w:val="64748B"/>
          <w:sz w:val="17"/>
        </w:rPr>
        <w:t xml:space="preserve">   [1999 - 2000]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إﻋداد وﺗﺣﻠﯾل اﻟﻘواﺋم اﻟﻣﺎﻟﯾﺔ • اﻟﺗدﻗﯾﻖ اﻟﻣﺎﻟﻲ واﻟﺿرﯾﺑﻲ • اﻟرﻗﺎﺑﺔ اﻟﻣؤﺳﺳﯾﺔ • اﻟﻧﻣذﺟﺔ اﻟﻣﺎﻟﯾﺔ • اﻟﺗﺣﻠﯾل اﻟﻣﺎﻟﻲ اﻟﻣﺗﻘدم اﻟﻣﮭﺎرات اﻟﺗﻘﻧﯾﺔ اﻷﺳﺎﺳﯾﺔ:</w:t>
      </w:r>
      <w:r>
        <w:rPr>
          <w:rFonts w:ascii="Arial" w:hAnsi="Arial"/>
          <w:b w:val="0"/>
          <w:color w:val="64748B"/>
          <w:sz w:val="17"/>
        </w:rPr>
        <w:t xml:space="preserve">   [1998 - 1999]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ﻣﺎﯾﻛروﺳوﻓت إﻛﺳل اﻟﻣﺗﻘدم اﻷدوات واﻷﻧظﻣﺔ وﺑرﻣﺟﯾﺎت اﻟﻌﻣل:Pivot Tables, XLOOKUP, Data Analysis) • اﻟﺑواﺑﺎت اﻟﺿرﯾﺑﯾﺔ واﻟﺣﻛوﻣﯾﺔ اﻹﻟﻛﺗروﻧﯾﺔ • ﺑرﻣﺟﯾﺎت</w:t>
      </w:r>
      <w:r>
        <w:rPr>
          <w:rFonts w:ascii="Arial" w:hAnsi="Arial"/>
          <w:b w:val="0"/>
          <w:color w:val="64748B"/>
          <w:sz w:val="17"/>
        </w:rPr>
        <w:t xml:space="preserve">   [1997 - 1998]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إدﺧﺎل وإدارة اﻟﺑﯾﺎﻧﺎت • أﻧظﻣﺔ ﺗﺧطﯾط ﻣوارد اﻟﻣؤﺳﺳﺎتERP</w:t>
      </w:r>
      <w:r>
        <w:rPr>
          <w:rFonts w:ascii="Arial" w:hAnsi="Arial"/>
          <w:b w:val="0"/>
          <w:color w:val="64748B"/>
          <w:sz w:val="17"/>
        </w:rPr>
        <w:t xml:space="preserve">   [1996 - 1997]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اﻟﻣﻌﺎﯾﯾر اﻟدوﻟﯾﺔ ﻹﻋداد اﻟﺗﻘﺎرﯾر اﻟﻣﺎﻟﯾﺔ اﻟﻣﻌﺎﯾﯾر واﻟﻣﻧﮭﺟﯾﺎت اﻟﻣﮭﻧﯾﺔ:IFRS) • اﻟﻘواﻧﯾن واﻟﻠواﺋﺢ اﻟﺿرﯾﺑﯾﺔ اﻟﻣﺣﻠﯾﺔ • إدارة اﻟﻣﺧﺎطر واﻻﻣﺗﺛﺎل • ﺣوﻛﻣﺔ اﻟﺷرﻛﺎت</w:t>
      </w:r>
      <w:r>
        <w:rPr>
          <w:rFonts w:ascii="Arial" w:hAnsi="Arial"/>
          <w:b w:val="0"/>
          <w:color w:val="64748B"/>
          <w:sz w:val="17"/>
        </w:rPr>
        <w:t xml:space="preserve">   [1995 - 1996]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اﻟﺗﻔﻛﯾر اﻟﺗﺣﻠﯾﻠﻲ وﺣل اﻟﻣﺷﻛﻼت • إدارة اﻟوﻗت وﺗﻧظﯾم اﻟﻣﮭﺎم • اﻟﺗواﺻل اﻟﻔﻌﺎل واﻟﻌﻣل اﻟﺟﻣﺎﻋﻲ • اﻟﻣروﻧﺔ واﻟﺗﻛﯾف ﻣﻊ ﺑﯾﺋﺎت اﻟﻌﻣل اﻟدﯾﻧﺎﻣﯾﻛﯾﺔ اﻟﻣﮭﺎرات اﻟﻘﯾﺎدﯾﺔ واﻟﺷﺧﺻﯾﺔ:</w:t>
      </w:r>
      <w:r>
        <w:rPr>
          <w:rFonts w:ascii="Arial" w:hAnsi="Arial"/>
          <w:b w:val="0"/>
          <w:color w:val="64748B"/>
          <w:sz w:val="17"/>
        </w:rPr>
        <w:t xml:space="preserve">   [1994 - 1995]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ﻣرﺷﺢ أو ﻗﯾد اﻹﻋداد)</w:t>
      </w:r>
      <w:r>
        <w:rPr>
          <w:rFonts w:ascii="Arial" w:hAnsi="Arial"/>
          <w:b/>
          <w:color w:val="2563EB"/>
          <w:sz w:val="19"/>
        </w:rPr>
        <w:t xml:space="preserve">  •  ﻣﺣﺎﺳب ﻗﺎﻧوﻧﻲ ﻣﻌﺗﻣدCPA</w:t>
      </w:r>
      <w:r>
        <w:rPr>
          <w:rFonts w:ascii="Arial" w:hAnsi="Arial"/>
          <w:b w:val="0"/>
          <w:color w:val="64748B"/>
          <w:sz w:val="17"/>
        </w:rPr>
        <w:t xml:space="preserve">   [1993 - 1994]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ﻣﻌﮭد اﻟﺗﻣوﯾل اﻟﻣؤﺳﺳﻲCFI) (2023)</w:t>
      </w:r>
      <w:r>
        <w:rPr>
          <w:rFonts w:ascii="Arial" w:hAnsi="Arial"/>
          <w:b/>
          <w:color w:val="2563EB"/>
          <w:sz w:val="19"/>
        </w:rPr>
        <w:t xml:space="preserve">  •  ﺷﮭﺎدة ﻣﺣﻠل ﻣﺎﻟﻰ ﻣﻌﺗﻣدFMVA)</w:t>
      </w:r>
      <w:r>
        <w:rPr>
          <w:rFonts w:ascii="Arial" w:hAnsi="Arial"/>
          <w:b w:val="0"/>
          <w:color w:val="64748B"/>
          <w:sz w:val="17"/>
        </w:rPr>
        <w:t xml:space="preserve">   [1992 - 1993]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ﺟﺎﻣﻌﺔ اﻟﻌﻠوم اﻹﺳﻼﻣﯾﺔ اﻟﻌﺎﻟﻣﯾﺔ ﺑﻛﺎﻟورﯾوس ﻓﻲ اﻟﻣﺣﺎﺳﺑﺔ2022</w:t>
      </w:r>
      <w:r>
        <w:rPr>
          <w:rFonts w:ascii="Arial" w:hAnsi="Arial"/>
          <w:b w:val="0"/>
          <w:color w:val="64748B"/>
          <w:sz w:val="17"/>
        </w:rPr>
        <w:t xml:space="preserve">   [1991 - 1992]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اﻷردن ﻋﻤﺎن،</w:t>
      </w:r>
      <w:r>
        <w:rPr>
          <w:rFonts w:ascii="Arial" w:hAnsi="Arial"/>
          <w:b w:val="0"/>
          <w:color w:val="64748B"/>
          <w:sz w:val="17"/>
        </w:rPr>
        <w:t xml:space="preserve">   [1990 - 1991]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ﺗرﻛﯾز أﻛﺎدﯾﻣﻲ ﻗوي ﻋﻠﻰ اﻟﻣﺣﺎﺳﺑﺔ اﻟﻣﺎﻟﯾﺔ، اﻟﺗدﻗﯾﻖ، واﻟﻧظم اﻟﺿرﯾﺑﯾﺔ</w:t>
      </w:r>
      <w:r>
        <w:rPr>
          <w:rFonts w:ascii="Arial" w:hAnsi="Arial"/>
          <w:b w:val="0"/>
          <w:color w:val="64748B"/>
          <w:sz w:val="17"/>
        </w:rPr>
        <w:t xml:space="preserve">   [1989 - 1990]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PROFESSIONAL SUMMARY</w:t>
      </w:r>
      <w:r>
        <w:rPr>
          <w:rFonts w:ascii="Arial" w:hAnsi="Arial"/>
          <w:b w:val="0"/>
          <w:color w:val="64748B"/>
          <w:sz w:val="17"/>
        </w:rPr>
        <w:t xml:space="preserve">   [1988 - 1989]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KEY CAREER ACHIEVEMENTS</w:t>
      </w:r>
      <w:r>
        <w:rPr>
          <w:rFonts w:ascii="Arial" w:hAnsi="Arial"/>
          <w:b w:val="0"/>
          <w:color w:val="64748B"/>
          <w:sz w:val="17"/>
        </w:rPr>
        <w:t xml:space="preserve">   [1987 - 1988]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WORK EXPERIENCE</w:t>
      </w:r>
      <w:r>
        <w:rPr>
          <w:rFonts w:ascii="Arial" w:hAnsi="Arial"/>
          <w:b w:val="0"/>
          <w:color w:val="64748B"/>
          <w:sz w:val="17"/>
        </w:rPr>
        <w:t xml:space="preserve">   [1986 - 1987]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CORE SKILLS &amp; EXPERTISE</w:t>
      </w:r>
      <w:r>
        <w:rPr>
          <w:rFonts w:ascii="Arial" w:hAnsi="Arial"/>
          <w:b w:val="0"/>
          <w:color w:val="64748B"/>
          <w:sz w:val="17"/>
        </w:rPr>
        <w:t xml:space="preserve">   [1985 - 1986]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PROFESSIONAL CERTIFICATIONS &amp; LICENSES</w:t>
      </w:r>
      <w:r>
        <w:rPr>
          <w:rFonts w:ascii="Arial" w:hAnsi="Arial"/>
          <w:b w:val="0"/>
          <w:color w:val="64748B"/>
          <w:sz w:val="17"/>
        </w:rPr>
        <w:t xml:space="preserve">   [1984 - 1985]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EDUCATION</w:t>
      </w:r>
      <w:r>
        <w:rPr>
          <w:rFonts w:ascii="Arial" w:hAnsi="Arial"/>
          <w:b w:val="0"/>
          <w:color w:val="64748B"/>
          <w:sz w:val="17"/>
        </w:rPr>
        <w:t xml:space="preserve">   [1983 - 1984]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)ﻣﺳﺗوى ﻣﮭﻧﻲ ﻣﺗﻘدم )ﻗراءة وﻛﺗﺎﺑﺔ وﻣﺣﺎدﺛﺔاﻹﻧﺟﻠﯾزﯾﺔ )اﻟﻠﻐﺔ اﻷم( • اﻟﻌرﺑﯾﺔ</w:t>
      </w:r>
      <w:r>
        <w:rPr>
          <w:rFonts w:ascii="Arial" w:hAnsi="Arial"/>
          <w:b w:val="0"/>
          <w:color w:val="64748B"/>
          <w:sz w:val="17"/>
        </w:rPr>
        <w:t xml:space="preserve">   [1982 - 1983]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إﺟﺎدة ﺗﺎﻣﺔ ﻟﻠﺗﻌﺎﻣل ﻣﻊ اﻷﻧظﻣﺔ اﻟرﻗﻣﯾﺔ اﻟﺣﻛوﻣﯾﺔ واﻟﺑواﺑﺎت اﻹﻟﻛﺗروﻧﯾﺔ اﻟﺧﺎﺻﺔ ﺑﺎﻟﺿراﺋب واﻟﺷرﻛﺎت.</w:t>
      </w:r>
      <w:r>
        <w:rPr>
          <w:rFonts w:ascii="Arial" w:hAnsi="Arial"/>
          <w:b w:val="0"/>
          <w:color w:val="64748B"/>
          <w:sz w:val="17"/>
        </w:rPr>
        <w:t xml:space="preserve">   [1981 - 1982]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إدارة وﺗﺣدﯾث اﻟﺑواﺑﺎت اﻟﺿرﯾﺑﯾﺔ اﻹﻟﻛﺗروﻧﯾﺔ ﺑﻛﻔﺎءة ﻋﺎﻟﯾﺔ.</w:t>
      </w:r>
      <w:r>
        <w:rPr>
          <w:rFonts w:ascii="Arial" w:hAnsi="Arial"/>
          <w:b w:val="0"/>
          <w:color w:val="64748B"/>
          <w:sz w:val="17"/>
        </w:rPr>
        <w:t xml:space="preserve">   [1980 - 1981]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اﻟﻘدرة اﻟﻔﺎﺋﻘﺔ ﻋﻠﻰ اﻟﺗﻌﺎﻣل ﻣﻊ اﻷرﻗﺎم اﻟﻛﺑﯾرة وﻣﻌﺎﻟﺟﺔ ﻗواﻋد اﻟﺑﯾﺎﻧﺎت اﻟﻣﻌﻘدة.</w:t>
      </w:r>
      <w:r>
        <w:rPr>
          <w:rFonts w:ascii="Arial" w:hAnsi="Arial"/>
          <w:b w:val="0"/>
          <w:color w:val="64748B"/>
          <w:sz w:val="17"/>
        </w:rPr>
        <w:t xml:space="preserve">   [1979 - 1980]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LANGUAGES</w:t>
      </w:r>
      <w:r>
        <w:rPr>
          <w:rFonts w:ascii="Arial" w:hAnsi="Arial"/>
          <w:b w:val="0"/>
          <w:color w:val="64748B"/>
          <w:sz w:val="17"/>
        </w:rPr>
        <w:t xml:space="preserve">   [1978 - 1979]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اﻹﺿﺎﻓﯿﺔ اﻟﺘﻘﻨﯿﺔ اﻟﺨﺒﺮات</w:t>
      </w:r>
      <w:r>
        <w:rPr>
          <w:rFonts w:ascii="Arial" w:hAnsi="Arial"/>
          <w:b w:val="0"/>
          <w:color w:val="64748B"/>
          <w:sz w:val="17"/>
        </w:rPr>
        <w:t xml:space="preserve">   [1977 - 1978]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(متقن 100%))   •   اللغة الإنجليزية (مستوى مهني متقدم (Professional Working))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المسمى الوظيفي المستهدف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Professional Specialist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Specialist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خبرات العمل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ﻋﻮاد ﻋﺒﺪاﻟﻘﺎدر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ﻣدﯾر ﺗدﻗﯾﻖ وﻣﺣﺎﺳﺑﺔ أول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ﻋﻣﺎن - أﺑو ﻧﺻﯾر، اﻷردنabedawwad199@gmail.com +962 77 6099843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ﺳﻧوات ﻓﻲ اﻟﺗدﻗﯾﻖ اﻟﻣﺎﻟﻲ، إﻋداد اﻟﺗﻘﺎرﯾر اﻟﻣﺎﻟﯾﺔ، واﻻﻟﺗزام اﻟﺿرﯾﺑﻲ ﺑﻣﻌﺎﯾﯾر ﻋﺎﻟﯾﺔ ﻣن اﻟدﻗﺔ واﻟﻛﻔﺎءة. أﺛﺑت5ﻣﺣﺎﺳب وﻣدﻗﻖ ﻣﺎﻟﻲ ﺗﻧﻔﯾذي ﯾﺗﻣﺗﻊ ﺑﺧﺑرة ﻣﺗﻘدﻣﺔ ﺗﺗﺟﺎوز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ﻧﺟﺎﺣﮫ ﻓﻲ إدارة اﻟﻌﻣﻠﯾﺎت اﻟﻣﺣﺎﺳﺑﯾﺔ اﻟﻣﻌﻘدة، وﺗﻘﯾﯾم اﻟﻣﺧﺎطر اﻟﺗﻧظﯾﻣﯾﺔ، وﺗﻘدﯾم رؤى ﻣﺎﻟﯾﺔ اﺳﺗراﺗﯾﺟﯾﺔ ﺗدﻋم اﻹدارة اﻟﻌﻠﯾﺎ ﻓﻲ اﺗﺧﺎذ ﻗرارات رﺷﯾدة ﻟﺗﻘﻠﯾل اﻻﻟﺗزاﻣﺎت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اﻟﺿرﯾﺑﯾﺔ وﺗﻌظﯾم اﻟﻌواﺋد. ﻣﺣﺗرف ﻓﻲ ﻧﻣذﺟﺔ اﻟﺑﯾﺎﻧﺎت اﻟﻣﺎدﯾﺔ ﺑﺎﺳﺗﺧدام أدوات ﺗﺣﻠﯾل اﻟﺑﯾﺎﻧﺎت اﻟﻣﺗﻘدﻣﺔ وإدارة اﻟﺑواﺑﺎت اﻟﺣﻛوﻣﯾﺔ.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100+ ﻗﺎﺋﻣﺔ ﻣﺎﻟﯾﺔ وﺣﺳﺎﺑﯾﺔ ﻟﻠﺷرﻛﺎت ﺑﻛﻔﺎءة ﻣﺗﻧﺎھﯾﺔ، ﻣﻣﺎ ﺿﻣن اﻻﻟﺗزام اﻟﺗﺎم ﺑﺎﻟﻣﻌﺎﯾﯾر اﻟدوﻟﯾﺔ واﻟﻘواﻧﯾن اﻟﺣﻛوﻣﯾﺔ ﺑﻧﺳﺑﺔ اﻣﺗﺛﺎل50إﻧﺟﺎز وﺗدﻗﯾﻖ أﻛﺛر ﻣن.%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ﺗطوﯾر ﻧﻣﺎذج ﻣﺎﻟﯾﺔ ﻣﺗﻘدﻣﺔ ﺑﺎﺳﺗﺧدامExcel (Pivot Tables &amp; XLOOKUP) 35ﺳﺎھﻣت ﻓﻲ ﺗﻘﻠﯾص وﻗت ﻣﻌﺎﻟﺟﺔ وﺗﺣﻠﯾل اﻟﺑﯾﺎﻧﺎت اﻟﻣﺎﻟﯾﺔ ﺑﻧﺳﺑﺔ.%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ﺗﺣدﯾد ﻣﻌﺎﻟﺟﺎت ﻣﺣﺎﺳﺑﯾﺔ دﻗﯾﻘﺔ ﺳﺎھﻣت ﻓﻲ ﺗﺧﻔﯾض اﻻﻟﺗزاﻣﺎت اﻟﺿرﯾﺑﯾﺔ ﻏﯾر اﻟﺿرورﯾﺔ وﺗﺣﺳﯾن اﻟﺗدﻓﻘﺎت اﻟﻧﻘدﯾﺔ ﻟﻠﻌﻣﻼء.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ﻣﻛﺗب اﻟﺻﺎﺑر ﻟﻠﻣﺣﺎﺳﺑﯾن اﻟﻘﺎﻧوﻧﯾﯾن ﻣدﻗﻖ ﺣﺳﺎﺑﺎت أول2022 – ﺣﺗﻰ اﻵن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اﻷردن ﻋﻤﺎن،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إﺟراء ﻋﻣﻠﯾﺎت اﻟﺗدﻗﯾﻖ اﻟﻣﺎﻟﻲ واﻟﻣﺣﺎﺳﺑﻲ اﻟﺷﺎﻣﻠﺔ ﻟﻠﺷرﻛﺎت، ﻣﻊ اﻟﺗرﻛﯾز ﻋﻠﻰ اﻟﺗدﻗﯾﻖ اﻟﺿرﯾﺑﻲ واﻟرﻗﺎﺑﺔ اﻟﻣؤﺳﺳﯾﺔ ﻟﺿﻣﺎن اﻻﻣﺗﺛﺎل اﻟﺗﺎم ﻟﻸﻧظﻣﺔ اﻟﺣﻛوﻣﯾﺔ.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إﻋداد وﺗﺣﻠﯾل اﻟﻘواﺋم اﻟﻣﺎﻟﯾﺔ ﺑدرﺟﺔ ﻋﺎﻟﯾﺔ ﻣن اﻟدﻗﺔ ﻟﺿﻣﺎن ﺗواﻓﻘﮭﺎ اﻟﻛﺎﻣل ﻣﻊ اﻟﻣﻌﺎﯾﯾر اﻟدوﻟﯾﺔ ﻹﻋداد اﻟﺗﻘﺎرﯾر اﻟﻣﺎﻟﯾﺔIFRS).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ﺗوﻓﯾر ﺗﻘﺎرﯾر ﻣﺎﻟﯾﺔ ﺗﻔﺻﯾﻠﯾﺔ وﻣﻘﺗرﺣﺎت اﺳﺗراﺗﯾﺟﯾﺔ ﻣدﻋوﻣﺔ ﺑﺎﻟﺑﯾﺎﻧﺎت ﻟدﻋم اﻹدارة اﻟﻌﻠﯾﺎ ﻓﻲ اﺗﺧﺎذ اﻟﻘرارات اﻟرﺷﯾدة.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ﺗوظﯾف ﻣﮭﺎرات ﻣﺎﯾﻛروﺳوﻓت إﻛﺳل اﻟﻣﺗﻘدﻣﺔ ﻟﺗطوﯾر ﻧﻣﺎذج وﺗﻘﺎرﯾر ﻣﺎﻟﯾﺔ ﻣﻌﻘدة ﺗﺷﻣل اﻟﺟداول اﻟﻣﺣورﯾﺔPivot Tables) واﻟدوال اﻟﻣﺗﻘدﻣﺔVLOOKUP &amp;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XLOOKUP).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اﻟﺗﻌﺎون اﻟوﺛﯾﻖ ﻣﻊ اﻟﻌﻣﻼء ﻟﺗﺣﺳﯾن اﺳﺗراﺗﯾﺟﯾﺎﺗﮭم اﻟﻣﺎﻟﯾﺔ، رﻓﻊ اﻷداء اﻟﺗﺷﻐﯾﻠﻲ، وﺗﻘﻠﯾل اﻻﻟﺗزاﻣﺎت اﻟﺿرﯾﺑﯾﺔ ﺑﺷﻛل ﻗﺎﻧوﻧﻲ وﻓﻌﺎل.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Key Impact: % ﻣن ﺧﻼل أﺗﻣﺗﺔ اﻟﻧﻣﺎذج اﻟﻣﺎﻟﯾﺔ25ﻧﺟﺢ ﻓﻲ ﺗﺣﺳﯾن ﻛﻔﺎءة ﻣراﺟﻌﺔ اﻟﺣﺳﺎﺑﺎت وﺗﻘﻠﯾص زﻣن إﻧﺟﺎز ﻋﻣﻠﯾﺎت اﻟﺗدﻗﯾﻖ ﺑﻧﺳﺑﺔ.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ﻋﻣل ﻋن ﺑﻌد أﺧﺻﺎﺋﻲ إدﺧﺎل وﻣراﺟﻌﺔ ﺑﯾﺎﻧﺎت ﻣﺎﻟﯾﺔOnline) 2020 – 2021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اﻷردن ﻋﻤﺎن،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إدﺧﺎل ﺑﯾﺎﻧﺎت اﻟﻌﻣﻼء واﻟﺣﺳﺎﺑﺎت ﺑدﻗﺔ ﻣﺗﻧﺎھﯾﺔ وﺿﻣن أطر زﻣﻧﯾﺔ ﺿﯾﻘﺔ ﻣﻊ اﻻﻟﺗزام ﺑﺄﻋﻠﻰ ﻣﻌﺎﯾﯾر اﻟﺟودة.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ﺗوﻟﯾد ﺗﻘﺎرﯾر دورﯾﺔ دﻗﯾﻘﺔ، وأرﺷﻔﺔ اﻷﻋﻣﺎل اﻟﻣﻛﺗﻣﻠﺔ ﺑﺄﻣﺎن، وإدارة اﻟﻧﺳﺦ اﻻﺣﺗﯾﺎطﯾﺔ ﻟﻠﺑﯾﺎﻧﺎت ﺑﺎﻧﺗظﺎم.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اﻟﺗﺣﻘﻖ اﻟﻣﺳﺗﻣر ﻣن دﻗﺔ اﻟﺑﯾﺎﻧﺎت وﺗﺣدﯾد أوﻟوﯾﺎت اﻹدﺧﺎل ﻟﺿﻣﺎن اﻧﺳﯾﺎﺑﯾﺔ اﻟﻌﻣل وﻛﻔﺎءﺗﮫ.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اﻟﺣﻔﺎظ ﻋﻠﻰ اﻟﺳرﯾﺔ اﻟﺗﺎﻣﺔ واﻟﺧﺻوﺻﯾﺔ اﻟﻣطﻠﻘﺔ ﻋﻧد إدارة وﺗداول اﻟﻣﻌﻠوﻣﺎت اﻟﻣﺎﻟﯾﺔ واﻟﺣﺳﺎﺳﯾﺔ.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Key Impact: % ﻓﻲ إدﺧﺎل وﻣﻌﺎﻟﺟﺔ آﻻف اﻟﺳﺟﻼت اﻟﻣﺎﻟﯾﺔ وﺣﺳﺎﺑﺎت اﻟﻌﻣﻼء99.8ﺣﻘﻖ ﻧﺳﺑﺔ دﻗﺔ ﺑﻠﻐت.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إﻋداد وﺗﺣﻠﯾل اﻟﻘواﺋم اﻟﻣﺎﻟﯾﺔ • اﻟﺗدﻗﯾﻖ اﻟﻣﺎﻟﻲ واﻟﺿرﯾﺑﻲ • اﻟرﻗﺎﺑﺔ اﻟﻣؤﺳﺳﯾﺔ • اﻟﻧﻣذﺟﺔ اﻟﻣﺎﻟﯾﺔ • اﻟﺗﺣﻠﯾل اﻟﻣﺎﻟﻲ اﻟﻣﺗﻘدم اﻟﻣﮭﺎرات اﻟﺗﻘﻧﯾﺔ اﻷﺳﺎﺳﯾﺔ: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ﻣﺎﯾﻛروﺳوﻓت إﻛﺳل اﻟﻣﺗﻘدم اﻷدوات واﻷﻧظﻣﺔ وﺑرﻣﺟﯾﺎت اﻟﻌﻣل:Pivot Tables, XLOOKUP, Data Analysis) • اﻟﺑواﺑﺎت اﻟﺿرﯾﺑﯾﺔ واﻟﺣﻛوﻣﯾﺔ اﻹﻟﻛﺗروﻧﯾﺔ • ﺑرﻣﺟﯾﺎت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إدﺧﺎل وإدارة اﻟﺑﯾﺎﻧﺎت • أﻧظﻣﺔ ﺗﺧطﯾط ﻣوارد اﻟﻣؤﺳﺳﺎتERP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اﻟﻣﻌﺎﯾﯾر اﻟدوﻟﯾﺔ ﻹﻋداد اﻟﺗﻘﺎرﯾر اﻟﻣﺎﻟﯾﺔ اﻟﻣﻌﺎﯾﯾر واﻟﻣﻧﮭﺟﯾﺎت اﻟﻣﮭﻧﯾﺔ:IFRS) • اﻟﻘواﻧﯾن واﻟﻠواﺋﺢ اﻟﺿرﯾﺑﯾﺔ اﻟﻣﺣﻠﯾﺔ • إدارة اﻟﻣﺧﺎطر واﻻﻣﺗﺛﺎل • ﺣوﻛﻣﺔ اﻟﺷرﻛﺎت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اﻟﺗﻔﻛﯾر اﻟﺗﺣﻠﯾﻠﻲ وﺣل اﻟﻣﺷﻛﻼت • إدارة اﻟوﻗت وﺗﻧظﯾم اﻟﻣﮭﺎم • اﻟﺗواﺻل اﻟﻔﻌﺎل واﻟﻌﻣل اﻟﺟﻣﺎﻋﻲ • اﻟﻣروﻧﺔ واﻟﺗﻛﯾف ﻣﻊ ﺑﯾﺋﺎت اﻟﻌﻣل اﻟدﯾﻧﺎﻣﯾﻛﯾﺔ اﻟﻣﮭﺎرات اﻟﻘﯾﺎدﯾﺔ واﻟﺷﺧﺻﯾﺔ: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ﻣﺣﺎﺳب ﻗﺎﻧوﻧﻲ ﻣﻌﺗﻣدCPA - ﻣرﺷﺢ أو ﻗﯾد اﻹﻋداد) - اﻟﻣﻌﮭد اﻷﻣرﯾﻛﻲ ﻟﻠﻣﺣﺎﺳﺑﯾن اﻟﻘﺎﻧوﻧﯾﯾنAICPA) (2024)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ﺷﮭﺎدة ﻣﺣﻠل ﻣﺎﻟﻰ ﻣﻌﺗﻣدFMVA) - ﻣﻌﮭد اﻟﺗﻣوﯾل اﻟﻣؤﺳﺳﻲCFI) (2023)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ﺟﺎﻣﻌﺔ اﻟﻌﻠوم اﻹﺳﻼﻣﯾﺔ اﻟﻌﺎﻟﻣﯾﺔ ﺑﻛﺎﻟورﯾوس ﻓﻲ اﻟﻣﺣﺎﺳﺑﺔ2022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اﻷردن ﻋﻤﺎن،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ﺗرﻛﯾز أﻛﺎدﯾﻣﻲ ﻗوي ﻋﻠﻰ اﻟﻣﺣﺎﺳﺑﺔ اﻟﻣﺎﻟﯾﺔ، اﻟﺗدﻗﯾﻖ، واﻟﻧظم اﻟﺿرﯾﺑﯾﺔ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SUMMARY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KEY CAREER ACHIEVEMENTS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WORK EXPERIENCE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CORE SKILLS &amp; EXPERTISE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CERTIFICATIONS &amp; LICENSES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EDUCATION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)ﻣﺳﺗوى ﻣﮭﻧﻲ ﻣﺗﻘدم )ﻗراءة وﻛﺗﺎﺑﺔ وﻣﺣﺎدﺛﺔاﻹﻧﺟﻠﯾزﯾﺔ )اﻟﻠﻐﺔ اﻷم( • اﻟﻌرﺑﯾﺔ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إﺟﺎدة ﺗﺎﻣﺔ ﻟﻠﺗﻌﺎﻣل ﻣﻊ اﻷﻧظﻣﺔ اﻟرﻗﻣﯾﺔ اﻟﺣﻛوﻣﯾﺔ واﻟﺑواﺑﺎت اﻹﻟﻛﺗروﻧﯾﺔ اﻟﺧﺎﺻﺔ ﺑﺎﻟﺿراﺋب واﻟﺷرﻛﺎت.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إدارة وﺗﺣدﯾث اﻟﺑواﺑﺎت اﻟﺿرﯾﺑﯾﺔ اﻹﻟﻛﺗروﻧﯾﺔ ﺑﻛﻔﺎءة ﻋﺎﻟﯾﺔ.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اﻟﻘدرة اﻟﻔﺎﺋﻘﺔ ﻋﻠﻰ اﻟﺗﻌﺎﻣل ﻣﻊ اﻷرﻗﺎم اﻟﻛﺑﯾرة وﻣﻌﺎﻟﺟﺔ ﻗواﻋد اﻟﺑﯾﺎﻧﺎت اﻟﻣﻌﻘدة.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LANGUAGES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اﻹﺿﺎﻓﯿﺔ اﻟﺘﻘﻨﯿﺔ اﻟﺨﺒﺮات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