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أحمد المجالي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أخصائي عمليات وحسابات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candidate@email.com   |   0791234567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أخصائي عمليات وحسابات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تحقيق دقة متناهية بنسبة 100% في كافة المهام والتقارير الموكلة دون أي ملاحظات تدقيقية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أخصائي عمليات وحسابات</w:t>
      </w:r>
      <w:r>
        <w:rPr>
          <w:rFonts w:ascii="Arial" w:hAnsi="Arial"/>
          <w:b/>
          <w:color w:val="2563EB"/>
          <w:sz w:val="19"/>
        </w:rPr>
        <w:t xml:space="preserve">  •  fresh_graduate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محاسب مالي</w:t>
      </w:r>
      <w:r>
        <w:rPr>
          <w:rFonts w:ascii="Arial" w:hAnsi="Arial"/>
          <w:b/>
          <w:color w:val="2563EB"/>
          <w:sz w:val="19"/>
        </w:rPr>
        <w:t xml:space="preserve">  •  مؤسسة أعمال وخدمات تجارية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أتميز بالدقة العالية، العمل بروح الفريق، وإتقان اللغتين العربية والإنجليزية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المحاسبة والعلوم المالية</w:t>
      </w:r>
      <w:r>
        <w:rPr>
          <w:rFonts w:ascii="Arial" w:hAnsi="Arial"/>
          <w:b w:val="0"/>
          <w:color w:val="2563EB"/>
          <w:sz w:val="19"/>
        </w:rPr>
        <w:t xml:space="preserve">  •  الجامعة الهاشمية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