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عمر خالد الأحمد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مطور واجهات أمامية (Frontend Developer)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عمان، الأردن   |   ✉️ omar.khaled@example.com   |   📞 +962 7 8888 9999   |   🔗 https://linkedin.com/in/omar-khaled-al-ahmad   |   💻 https://github.com/omar-khaled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مطور واجهات أمامية محترف بخبرة واسعة في تصميم وتطوير تطبيقات الويب الحديثة باستخدام تقنيات React و Next.js و TypeScript. أثبت كفاءة عالية في تحسين أداء المواقع الإلكترونية ورفع كفاءة تجربة المستخدم بنسبة تتجاوز 25%. أسعى لتوظيف مهاراتي التقنية المتقدمة للمساهمة في نجاح المشاريع البرمجية الكبرى ضمن بيئة عمل تقنية محفزة.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مطور واجهات أمامية أول (Lead React Developer)</w:t>
      </w:r>
      <w:r>
        <w:rPr>
          <w:rFonts w:ascii="Arial" w:hAnsi="Arial"/>
          <w:b/>
          <w:color w:val="2563EB"/>
          <w:sz w:val="19"/>
        </w:rPr>
        <w:t xml:space="preserve">  •  Tech Solutions Corp</w:t>
      </w:r>
      <w:r>
        <w:rPr>
          <w:rFonts w:ascii="Arial" w:hAnsi="Arial"/>
          <w:b w:val="0"/>
          <w:color w:val="64748B"/>
          <w:sz w:val="17"/>
        </w:rPr>
        <w:t xml:space="preserve">   [2022 - الحاضر]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فريق تطوير الواجهات الأمامية لتصميم وتنفيذ تطبيقات ويب تفاعلية باستخدام React و Next.js، مما أدى إلى تقليل وقت تحميل الصفحة بنسبة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هندسة وتطوير مكونات برمجية قابلة لإعادة الاستخدام باستخدام TypeScript، مما رفع جودة الكود وخفض نسبة الأخطاء البرمجية بنسبة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التعاون الوثيق مع فرق تصميم واجهات المستخدم (UI/UX) ومطوري الخلفية (Backend) لضمان التكامل السلس وتقديم تجربة مستخدم استثنائية.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في علوم الحاسوب</w:t>
      </w:r>
      <w:r>
        <w:rPr>
          <w:rFonts w:ascii="Arial" w:hAnsi="Arial"/>
          <w:b w:val="0"/>
          <w:color w:val="2563EB"/>
          <w:sz w:val="19"/>
        </w:rPr>
        <w:t xml:space="preserve">  •  جامعة الأميرة سمية للتكنولوجيا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التقنية (Technical Skills): </w:t>
      </w:r>
      <w:r>
        <w:rPr>
          <w:rFonts w:ascii="Arial" w:hAnsi="Arial"/>
          <w:b w:val="0"/>
          <w:color w:val="334155"/>
          <w:sz w:val="18"/>
        </w:rPr>
        <w:t>React  •  Next.js  •  TypeScript  •  JavaScript (ES6+)  •  HTML5  •  CSS3  •  TailwindCSS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أدوات التطوير ومنهجيات العمل (Tools &amp; Methodologies): </w:t>
      </w:r>
      <w:r>
        <w:rPr>
          <w:rFonts w:ascii="Arial" w:hAnsi="Arial"/>
          <w:b w:val="0"/>
          <w:color w:val="334155"/>
          <w:sz w:val="18"/>
        </w:rPr>
        <w:t>Git &amp; GitHub  •  RESTful APIs  •  Responsive Web Design  •  Performance Optimization  •  Agile / Scrum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العربية (اللغة الأم)   •   الإنجليزية (بطلاقة)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