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عبد القادر صالح محمد عواد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مدير تدقيق حسابات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الأردن   |   غير متوفر   |  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مدير تدقيق حسابات طموح يتمتع بخبرة مهنية متخصصة في إدارة العمليات المالية والرقابة الداخلية. أثبت كفاءة عالية في تحقيق دقة مطلقة في تقارير التدقيق وتطوير كفاءة سير العمل بنسبة 75%. أسعى لتوظيف مهاراتي في التحليل المالي والقيادة الفعالة للمساهمة في تعزيز الأداء المالي للمؤسسات وتحقيق الامتثال التام للمعايير المحاسبية.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تحقيق دقة بنسبة 100% في كافة تقارير التدقيق المالي المنجزة.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قيادة مبادرات تطوير العمليات التي أدت إلى تسريع وتطوير أداء المكتب بنسبة 75%.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إدارة دورة حياة التدقيق المالي بالكامل مع ضمان الامتثال للمعايير المهنية.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مدير تدقيق حسابات</w:t>
      </w:r>
      <w:r>
        <w:rPr>
          <w:rFonts w:ascii="Arial" w:hAnsi="Arial"/>
          <w:b/>
          <w:color w:val="2563EB"/>
          <w:sz w:val="19"/>
        </w:rPr>
        <w:t xml:space="preserve">  •  مكتب تدقيق واستشارات مالية</w:t>
      </w:r>
      <w:r>
        <w:rPr>
          <w:rFonts w:ascii="Arial" w:hAnsi="Arial"/>
          <w:b w:val="0"/>
          <w:color w:val="64748B"/>
          <w:sz w:val="17"/>
        </w:rPr>
        <w:t xml:space="preserve">   [2023 -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إدارة مهام التدقيق المالي الشاملة وضمان مطابقة القيود المحاسبية بدقة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تطوير وتحسين إجراءات العمل الداخلية مما ساهم في رفع كفاءة المكتب بنسبة 75%.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تحليل البيانات المالية وإعداد تقارير تدقيق دقيقة تدعم اتخاذ القرارات الإدارية.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تطبيق معايير الرقابة المالية لضمان الامتثال للأنظمة واللوائح المعمول بها.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مع فرق العمل لضمان سير العمليات المالية وفق الجداول الزمنية المحددة.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التدقيق المالي  •  الرقابة الداخلية  •  مطابقة القيود  •  التحليل المالي  •  إعداد التقارير المالية  •  الامتثال المحاسبي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Excel المتقدم  •  برامج الأصيل  •  الأنظمة المحاسبية المتخصصة  •  Microsoft Office Suite  •  نظم إدارة البيانات المالية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معايير التدقيق الدولية  •  المعايير المحاسبية  •  إدارة المخاطر المالية  •  دورة حياة التدقيق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القيادة الفعالة  •  العمل بروح الفريق  •  الدقة في العمل  •  سرعة التعلم  •  التواصل الاحترافي  •  إدارة الوقت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محاسبة وتدقيق</w:t>
      </w:r>
      <w:r>
        <w:rPr>
          <w:rFonts w:ascii="Arial" w:hAnsi="Arial"/>
          <w:b w:val="0"/>
          <w:color w:val="2563EB"/>
          <w:sz w:val="19"/>
        </w:rPr>
        <w:t xml:space="preserve">  •  الجامعة الأردنية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