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CANDIDATE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Professional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+962 7 9545 3503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performance-oriented Professional Specialist with proven hands-on experience in operational excellence and team coordination. Recognized for strong problem-solving acumen, meticulous attention to detail, and a collaborative mindset that consistently elevates organizational productivity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Professional Specialist</w:t>
      </w:r>
      <w:r>
        <w:rPr>
          <w:rFonts w:ascii="Arial" w:hAnsi="Arial"/>
          <w:b/>
          <w:color w:val="2563EB"/>
          <w:sz w:val="19"/>
        </w:rPr>
        <w:t xml:space="preserve">  •  ﻋﻮ ﻋﺒﺪﻟﻘﺎ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ﻣﯾ ﺗﻗﯾﻖ ﻣﺣﺎﺳﺑﺔ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ﺑ ﻧﺻﯾ ﻷabedawwad199@gmail.com +962 77 6099843</w:t>
      </w:r>
      <w:r>
        <w:rPr>
          <w:rFonts w:ascii="Arial" w:hAnsi="Arial"/>
          <w:b/>
          <w:color w:val="2563EB"/>
          <w:sz w:val="19"/>
        </w:rPr>
        <w:t xml:space="preserve">  •  ﻋﻣﺎ</w:t>
      </w:r>
      <w:r>
        <w:rPr>
          <w:rFonts w:ascii="Arial" w:hAnsi="Arial"/>
          <w:b w:val="0"/>
          <w:color w:val="64748B"/>
          <w:sz w:val="17"/>
        </w:rPr>
        <w:t xml:space="preserve">   [2021 - 2022]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ﺳﻧ ﻓﻲ ﻟﺗﻗﯾﻖ ﻟﻣﺎﻟﻲ ﻋ ﻟﺗﻘﺎﯾ ﻟﻣﺎﻟﯾﺔ ﻻﻟﺗ ﻟﺿﯾﺑﻲ ﺑﻣﻌﺎﯾﯾ ﻋﺎﻟﯾﺔ ﻣ ﻟﻗﺔ ﻟﻛﻔﺎ. ﺛﺑ5ﻣﺣﺎﺳ ﻣﻗﻖ ﻣﺎﻟﻲ ﺗﻧﻔﯾ ﯾﺗﻣﺗﻊ ﺑﺧﺑ ﻣﺗﻘﻣﺔ ﺗﺗﺟﺎ</w:t>
      </w:r>
      <w:r>
        <w:rPr>
          <w:rFonts w:ascii="Arial" w:hAnsi="Arial"/>
          <w:b w:val="0"/>
          <w:color w:val="64748B"/>
          <w:sz w:val="17"/>
        </w:rPr>
        <w:t xml:space="preserve">   [2020 - 2021]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ﻧﺟﺎﺣﮫ ﻓﻲ ﻟﻌﻣﻠﯾﺎ ﻟﻣﺣﺎﺳﺑﯾﺔ ﻟﻣﻌﻘ ﺗﻘﯾﯾ ﻟﻣﺧﺎ ﻟﺗﻧﯾﻣﯾﺔ ﺗﻘﯾ ﻣﺎﻟﯾﺔ ﺳﺗﺗﯾﺟﯾﺔ ﺗﻋ ﻹ ﻟﻌﻠﯾﺎ ﻓﻲ ﺗﺧﺎ ﻗ ﺷﯾ ﻟﺗﻘﻠﯾ ﻻﻟﺗﻣﺎ</w:t>
      </w:r>
      <w:r>
        <w:rPr>
          <w:rFonts w:ascii="Arial" w:hAnsi="Arial"/>
          <w:b w:val="0"/>
          <w:color w:val="64748B"/>
          <w:sz w:val="17"/>
        </w:rPr>
        <w:t xml:space="preserve">   [2019 - 2020]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ﻟﺿﯾﺑﯾﺔ ﺗﻌﯾ ﻟﻌﺋ. ﻣﺣﺗ ﻓﻲ ﻧﻣﺟﺔ ﻟﺑﯾﺎﻧﺎ ﻟﻣﺎﯾﺔ ﺑﺎﺳﺗﺧ ﺗﺣﻠﯾ ﻟﺑﯾﺎﻧﺎ ﻟﻣﺗﻘﻣﺔ ﻟﺑﺑﺎ ﻟﺣﻛﻣﯾﺔ.</w:t>
      </w:r>
      <w:r>
        <w:rPr>
          <w:rFonts w:ascii="Arial" w:hAnsi="Arial"/>
          <w:b w:val="0"/>
          <w:color w:val="64748B"/>
          <w:sz w:val="17"/>
        </w:rPr>
        <w:t xml:space="preserve">   [2018 - 2019]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100+ ﻗﺎﺋﻣﺔ ﻣﺎﻟﯾﺔ ﺣﺳﺎﺑﯾﺔ ﻟﻠﺷﻛﺎ ﺑﻛﻔﺎ ﻣﺗﻧﺎﯾﺔ ﻣﻣﺎ ﺿﻣ ﻻﻟﺗ ﻟﺗﺎ ﺑﺎﻟﻣﻌﺎﯾﯾ ﻟﻟﯾﺔ ﻟﻘﻧﯾ ﻟﺣﻛﻣﯾﺔ ﺑﻧﺳﺑﺔ ﻣﺗﺛﺎ50ﻧﺟﺎ ﺗﻗﯾﻖ ﻛﺛ ﻣ.%</w:t>
      </w:r>
      <w:r>
        <w:rPr>
          <w:rFonts w:ascii="Arial" w:hAnsi="Arial"/>
          <w:b w:val="0"/>
          <w:color w:val="64748B"/>
          <w:sz w:val="17"/>
        </w:rPr>
        <w:t xml:space="preserve">   [2017 - 2018]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ﺗﯾ ﻧﻣﺎ ﻣﺎﻟﯾﺔ ﻣﺗﻘﻣﺔ ﺑﺎﺳﺗﺧExcel (Pivot Tables &amp; XLOOKUP) 35ﺳﺎﻣ ﻓﻲ ﺗﻘﻠﯾ ﻗ ﻣﻌﺎﻟﺟﺔ ﺗﺣﻠﯾ ﻟﺑﯾﺎﻧﺎ ﻟﻣﺎﻟﯾﺔ ﺑﻧﺳﺑﺔ.%</w:t>
      </w:r>
      <w:r>
        <w:rPr>
          <w:rFonts w:ascii="Arial" w:hAnsi="Arial"/>
          <w:b w:val="0"/>
          <w:color w:val="64748B"/>
          <w:sz w:val="17"/>
        </w:rPr>
        <w:t xml:space="preserve">   [2016 - 2017]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ﺗﺣﯾ ﻣﻌﺎﻟﺟﺎ ﻣﺣﺎﺳﺑﯾﺔ ﻗﯾﻘﺔ ﺳﺎﻣ ﻓﻲ ﺗﺧﻔﯾ ﻻﻟﺗﻣﺎ ﻟﺿﯾﺑﯾﺔ ﻏﯾ ﻟﺿﯾﺔ ﺗﺣﺳﯾ ﻟﺗﻓﻘﺎ ﻟﻧﻘﯾﺔ ﻟﻠﻌﻣﻼ.</w:t>
      </w:r>
      <w:r>
        <w:rPr>
          <w:rFonts w:ascii="Arial" w:hAnsi="Arial"/>
          <w:b w:val="0"/>
          <w:color w:val="64748B"/>
          <w:sz w:val="17"/>
        </w:rPr>
        <w:t xml:space="preserve">   [2015 - 2016]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ﻣﻛﺗ ﻟﺻﺎﺑ ﻟﻠﻣﺣﺎﺳﺑﯾ ﻟﻘﺎﻧﻧﯾﯾ ﻣﻗﻖ ﺣﺳﺎﺑﺎ 2022 – ﺣﺗﻰ ﻵ</w:t>
      </w:r>
      <w:r>
        <w:rPr>
          <w:rFonts w:ascii="Arial" w:hAnsi="Arial"/>
          <w:b w:val="0"/>
          <w:color w:val="64748B"/>
          <w:sz w:val="17"/>
        </w:rPr>
        <w:t xml:space="preserve">   [2014 - 2015]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ﻷ ﻋﻤﺎ</w:t>
      </w:r>
      <w:r>
        <w:rPr>
          <w:rFonts w:ascii="Arial" w:hAnsi="Arial"/>
          <w:b w:val="0"/>
          <w:color w:val="64748B"/>
          <w:sz w:val="17"/>
        </w:rPr>
        <w:t xml:space="preserve">   [2013 - 2014]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ﺟ ﻋﻣﻠﯾﺎ ﻟﺗﻗﯾﻖ ﻟﻣﺎﻟﻲ ﻟﻣﺣﺎﺳﺑﻲ ﻟﺷﺎﻣﻠﺔ ﻟﻠﺷﻛﺎ ﻣﻊ ﻟﺗﻛﯾ ﻋﻠﻰ ﻟﺗﻗﯾﻖ ﻟﺿﯾﺑﻲ ﻟﻗﺎﺑﺔ ﻟﻣﺳﺳﯾﺔ ﻟﺿﻣﺎ ﻻﻣﺗﺛﺎ ﻟﺗﺎ ﻟﻸﻧﻣﺔ ﻟﺣﻛﻣﯾﺔ.</w:t>
      </w:r>
      <w:r>
        <w:rPr>
          <w:rFonts w:ascii="Arial" w:hAnsi="Arial"/>
          <w:b w:val="0"/>
          <w:color w:val="64748B"/>
          <w:sz w:val="17"/>
        </w:rPr>
        <w:t xml:space="preserve">   [2012 - 2013]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ﻋ ﺗﺣﻠﯾ ﻟﻘﺋ ﻟﻣﺎﻟﯾﺔ ﺑﺟﺔ ﻋﺎﻟﯾﺔ ﻣ ﻟﻗﺔ ﻟﺿﻣﺎ ﺗﻓﻘﮭﺎ ﻟﻛﺎﻣ ﻣﻊ ﻟﻣﻌﺎﯾﯾ ﻟﻟﯾﺔ ﻹﻋ ﻟﺗﻘﺎﯾ ﻟﻣﺎﻟﯾﺔIFRS).</w:t>
      </w:r>
      <w:r>
        <w:rPr>
          <w:rFonts w:ascii="Arial" w:hAnsi="Arial"/>
          <w:b w:val="0"/>
          <w:color w:val="64748B"/>
          <w:sz w:val="17"/>
        </w:rPr>
        <w:t xml:space="preserve">   [2011 - 2012]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ﺗﻓﯾ ﺗﻘﺎﯾ ﻣﺎﻟﯾﺔ ﺗﻔﺻﯾﻠﯾﺔ ﻣﻘﺗﺣﺎ ﺳﺗﺗﯾﺟﯾﺔ ﻣﻋﻣﺔ ﺑﺎﻟﺑﯾﺎﻧﺎ ﻟﻋ ﻹ ﻟﻌﻠﯾﺎ ﻓﻲ ﺗﺧﺎ ﻟﻘ ﻟﺷﯾ.</w:t>
      </w:r>
      <w:r>
        <w:rPr>
          <w:rFonts w:ascii="Arial" w:hAnsi="Arial"/>
          <w:b w:val="0"/>
          <w:color w:val="64748B"/>
          <w:sz w:val="17"/>
        </w:rPr>
        <w:t xml:space="preserve">   [2010 - 2011]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ﺗﯾ ﻣﮭﺎ ﻣﺎﯾﻛﺳﻓ ﻛﺳ ﻟﻣﺗﻘﻣﺔ ﻟﺗﯾ ﻧﻣﺎ ﺗﻘﺎﯾ ﻣﺎﻟﯾﺔ ﻣﻌﻘ ﺗﺷﻣ ﻟﺟ ﻟﻣﺣﯾﺔPivot Tables) ﻟ ﻟﻣﺗﻘﻣﺔVLOOKUP &amp;</w:t>
      </w:r>
      <w:r>
        <w:rPr>
          <w:rFonts w:ascii="Arial" w:hAnsi="Arial"/>
          <w:b w:val="0"/>
          <w:color w:val="64748B"/>
          <w:sz w:val="17"/>
        </w:rPr>
        <w:t xml:space="preserve">   [2009 - 2010]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XLOOKUP).</w:t>
      </w:r>
      <w:r>
        <w:rPr>
          <w:rFonts w:ascii="Arial" w:hAnsi="Arial"/>
          <w:b w:val="0"/>
          <w:color w:val="64748B"/>
          <w:sz w:val="17"/>
        </w:rPr>
        <w:t xml:space="preserve">   [2008 - 2009]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ﻟﺗﻌﺎ ﻟﺛﯾﻖ ﻣﻊ ﻟﻌﻣﻼ ﻟﺗﺣﺳﯾ ﺳﺗﺗﯾﺟﯾﺎﺗﮭ ﻟﻣﺎﻟﯾﺔ ﻓﻊ ﻷ ﻟﺗﺷﻐﯾﻠﻲ ﺗﻘﻠﯾ ﻻﻟﺗﻣﺎ ﻟﺿﯾﺑﯾﺔ ﺑﺷﻛ ﻗﺎﻧﻧﻲ ﻓﻌﺎ.</w:t>
      </w:r>
      <w:r>
        <w:rPr>
          <w:rFonts w:ascii="Arial" w:hAnsi="Arial"/>
          <w:b w:val="0"/>
          <w:color w:val="64748B"/>
          <w:sz w:val="17"/>
        </w:rPr>
        <w:t xml:space="preserve">   [2007 - 2008]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Key Impact: % ﻣ ﺧﻼ ﺗﻣﺗﺔ ﻟﻧﻣﺎ ﻟﻣﺎﻟﯾﺔ25ﻧﺟﺢ ﻓﻲ ﺗﺣﺳﯾ ﻛﻔﺎ ﻣﺟﻌﺔ ﻟﺣﺳﺎﺑﺎ ﺗﻘﻠﯾ ﻣ ﻧﺟﺎ ﻋﻣﻠﯾﺎ ﻟﺗﻗﯾﻖ ﺑﻧﺳﺑﺔ.</w:t>
      </w:r>
      <w:r>
        <w:rPr>
          <w:rFonts w:ascii="Arial" w:hAnsi="Arial"/>
          <w:b w:val="0"/>
          <w:color w:val="64748B"/>
          <w:sz w:val="17"/>
        </w:rPr>
        <w:t xml:space="preserve">   [2006 - 2007]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ﻋﻣ ﻋ ﺑﻌ ﺧﺻﺎﺋﻲ ﺧﺎ ﻣﺟﻌﺔ ﺑﯾﺎﻧﺎ ﻣﺎﻟﯾﺔOnline) 2020 – 2021</w:t>
      </w:r>
      <w:r>
        <w:rPr>
          <w:rFonts w:ascii="Arial" w:hAnsi="Arial"/>
          <w:b w:val="0"/>
          <w:color w:val="64748B"/>
          <w:sz w:val="17"/>
        </w:rPr>
        <w:t xml:space="preserve">   [2005 - 2006]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ﻷ ﻋﻤﺎ</w:t>
      </w:r>
      <w:r>
        <w:rPr>
          <w:rFonts w:ascii="Arial" w:hAnsi="Arial"/>
          <w:b w:val="0"/>
          <w:color w:val="64748B"/>
          <w:sz w:val="17"/>
        </w:rPr>
        <w:t xml:space="preserve">   [2004 - 2005]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ﺧﺎ ﺑﯾﺎﻧﺎ ﻟﻌﻣﻼ ﻟﺣﺳﺎﺑﺎ ﺑﻗﺔ ﻣﺗﻧﺎﯾﺔ ﺿﻣ ﻣﻧﯾﺔ ﺿﯾﻘﺔ ﻣﻊ ﻻﻟﺗ ﺑﺄﻋﻠﻰ ﻣﻌﺎﯾﯾ ﻟﺟ.</w:t>
      </w:r>
      <w:r>
        <w:rPr>
          <w:rFonts w:ascii="Arial" w:hAnsi="Arial"/>
          <w:b w:val="0"/>
          <w:color w:val="64748B"/>
          <w:sz w:val="17"/>
        </w:rPr>
        <w:t xml:space="preserve">   [2003 - 2004]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ﺗﻟﯾ ﺗﻘﺎﯾ ﯾﺔ ﻗﯾﻘﺔ ﺷﻔﺔ ﻷﻋﻣﺎ ﻟﻣﻛﺗﻣﻠﺔ ﺑﺄﻣﺎ ﻟﻧﺳﺦ ﻻﺣﺗﯾﺎﯾﺔ ﻟﻠﺑﯾﺎﻧﺎ ﺑﺎﻧﺗﺎ.</w:t>
      </w:r>
      <w:r>
        <w:rPr>
          <w:rFonts w:ascii="Arial" w:hAnsi="Arial"/>
          <w:b w:val="0"/>
          <w:color w:val="64748B"/>
          <w:sz w:val="17"/>
        </w:rPr>
        <w:t xml:space="preserve">   [2002 - 2003]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ﻟﺗﺣﻘﻖ ﻟﻣﺳﺗﻣ ﻣ ﻗﺔ ﻟﺑﯾﺎﻧﺎ ﺗﺣﯾ ﻟﯾﺎ ﻹﺧﺎ ﻟﺿﻣﺎ ﻧﺳﯾﺎﺑﯾﺔ ﻟﻌﻣ ﻛﻔﺎﺗﮫ.</w:t>
      </w:r>
      <w:r>
        <w:rPr>
          <w:rFonts w:ascii="Arial" w:hAnsi="Arial"/>
          <w:b w:val="0"/>
          <w:color w:val="64748B"/>
          <w:sz w:val="17"/>
        </w:rPr>
        <w:t xml:space="preserve">   [2001 - 2002]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ﻟﺣﻔﺎ ﻋﻠﻰ ﻟﺳﯾﺔ ﻟﺗﺎﻣﺔ ﻟﺧﺻﺻﯾﺔ ﻟﻣﻠﻘﺔ ﻋﻧ ﺗ ﻟﻣﻌﻠﻣﺎ ﻟﻣﺎﻟﯾﺔ ﻟﺣﺳﺎﺳﯾﺔ.</w:t>
      </w:r>
      <w:r>
        <w:rPr>
          <w:rFonts w:ascii="Arial" w:hAnsi="Arial"/>
          <w:b w:val="0"/>
          <w:color w:val="64748B"/>
          <w:sz w:val="17"/>
        </w:rPr>
        <w:t xml:space="preserve">   [2000 - 2001]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Key Impact: % ﻓﻲ ﺧﺎ ﻣﻌﺎﻟﺟﺔ ﻻ ﻟﺳﺟﻼ ﻟﻣﺎﻟﯾﺔ ﺣﺳﺎﺑﺎ ﻟﻌﻣﻼ99.8ﺣﻘﻖ ﻧﺳﺑﺔ ﻗﺔ ﺑﻠﻐ.</w:t>
      </w:r>
      <w:r>
        <w:rPr>
          <w:rFonts w:ascii="Arial" w:hAnsi="Arial"/>
          <w:b w:val="0"/>
          <w:color w:val="64748B"/>
          <w:sz w:val="17"/>
        </w:rPr>
        <w:t xml:space="preserve">   [1999 - 2000]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ﻋ ﺗﺣﻠﯾ ﻟﻘﺋ ﻟﻣﺎﻟﯾﺔ • ﻟﺗﻗﯾﻖ ﻟﻣﺎﻟﻲ ﻟﺿﯾﺑﻲ • ﻟﻗﺎﺑﺔ ﻟﻣﺳﺳﯾﺔ • ﻟﻧﻣﺟﺔ ﻟﻣﺎﻟﯾﺔ • ﻟﺗﺣﻠﯾ ﻟﻣﺎﻟﻲ ﻟﻣﺗﻘ ﻟﻣﮭﺎ ﻟﺗﻘﻧﯾﺔ ﻷﺳﺎﺳﯾﺔ:</w:t>
      </w:r>
      <w:r>
        <w:rPr>
          <w:rFonts w:ascii="Arial" w:hAnsi="Arial"/>
          <w:b w:val="0"/>
          <w:color w:val="64748B"/>
          <w:sz w:val="17"/>
        </w:rPr>
        <w:t xml:space="preserve">   [1998 - 1999]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ﻣﺎﯾﻛﺳﻓ ﻛﺳ ﻟﻣﺗﻘ ﻷ ﻷﻧﻣﺔ ﺑﻣﺟﯾﺎ ﻟﻌﻣ:Pivot Tables, XLOOKUP, Data Analysis) • ﻟﺑﺑﺎ ﻟﺿﯾﺑﯾﺔ ﻟﺣﻛﻣﯾﺔ ﻹﻟﻛﺗﻧﯾﺔ • ﺑﻣﺟﯾﺎ</w:t>
      </w:r>
      <w:r>
        <w:rPr>
          <w:rFonts w:ascii="Arial" w:hAnsi="Arial"/>
          <w:b w:val="0"/>
          <w:color w:val="64748B"/>
          <w:sz w:val="17"/>
        </w:rPr>
        <w:t xml:space="preserve">   [1997 - 1998]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ﺧﺎ ﻟﺑﯾﺎﻧﺎ • ﻧﻣﺔ ﺗﺧﯾ ﻣ ﻟﻣﺳﺳﺎERP</w:t>
      </w:r>
      <w:r>
        <w:rPr>
          <w:rFonts w:ascii="Arial" w:hAnsi="Arial"/>
          <w:b w:val="0"/>
          <w:color w:val="64748B"/>
          <w:sz w:val="17"/>
        </w:rPr>
        <w:t xml:space="preserve">   [1996 - 1997]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ﻟﻣﻌﺎﯾﯾ ﻟﻟﯾﺔ ﻹﻋ ﻟﺗﻘﺎﯾ ﻟﻣﺎﻟﯾﺔ ﻟﻣﻌﺎﯾﯾ ﻟﻣﻧﮭﺟﯾﺎ ﻟﻣﮭﻧﯾﺔ:IFRS) • ﻟﻘﻧﯾ ﻟﻠﺋﺢ ﻟﺿﯾﺑﯾﺔ ﻟﻣﺣﻠﯾﺔ • ﻟﻣﺧﺎ ﻻﻣﺗﺛﺎ • ﺣﻛﻣﺔ ﻟﺷﻛﺎ</w:t>
      </w:r>
      <w:r>
        <w:rPr>
          <w:rFonts w:ascii="Arial" w:hAnsi="Arial"/>
          <w:b w:val="0"/>
          <w:color w:val="64748B"/>
          <w:sz w:val="17"/>
        </w:rPr>
        <w:t xml:space="preserve">   [1995 - 1996]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ﻟﺗﻔﻛﯾ ﻟﺗﺣﻠﯾﻠﻲ ﺣ ﻟﻣﺷﻛﻼ • ﻟﻗ ﺗﻧﯾ ﻟﻣﮭﺎ • ﻟﺗﺻ ﻟﻔﻌﺎ ﻟﻌﻣ ﻟﺟﻣﺎﻋﻲ • ﻟﻣﻧﺔ ﻟﺗﻛﯾ ﻣﻊ ﺑﯾﺋﺎ ﻟﻌﻣ ﻟﯾﻧﺎﻣﯾﻛﯾﺔ ﻟﻣﮭﺎ ﻟﻘﯾﺎﯾﺔ ﻟﺷﺧﺻﯾﺔ:</w:t>
      </w:r>
      <w:r>
        <w:rPr>
          <w:rFonts w:ascii="Arial" w:hAnsi="Arial"/>
          <w:b w:val="0"/>
          <w:color w:val="64748B"/>
          <w:sz w:val="17"/>
        </w:rPr>
        <w:t xml:space="preserve">   [1994 - 1995]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ﻣﺷﺢ ﻗﯾ ﻹﻋ)</w:t>
      </w:r>
      <w:r>
        <w:rPr>
          <w:rFonts w:ascii="Arial" w:hAnsi="Arial"/>
          <w:b/>
          <w:color w:val="2563EB"/>
          <w:sz w:val="19"/>
        </w:rPr>
        <w:t xml:space="preserve">  •  ﻣﺣﺎﺳ ﻗﺎﻧﻧﻲ ﻣﻌﺗﻣCPA</w:t>
      </w:r>
      <w:r>
        <w:rPr>
          <w:rFonts w:ascii="Arial" w:hAnsi="Arial"/>
          <w:b w:val="0"/>
          <w:color w:val="64748B"/>
          <w:sz w:val="17"/>
        </w:rPr>
        <w:t xml:space="preserve">   [1993 - 1994]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ﻣﻌﮭ ﻟﺗﻣﯾ ﻟﻣﺳﺳﻲCFI) (2023)</w:t>
      </w:r>
      <w:r>
        <w:rPr>
          <w:rFonts w:ascii="Arial" w:hAnsi="Arial"/>
          <w:b/>
          <w:color w:val="2563EB"/>
          <w:sz w:val="19"/>
        </w:rPr>
        <w:t xml:space="preserve">  •  ﺷﮭﺎ ﻣﺣﻠ ﻣﺎﻟﻰ ﻣﻌﺗﻣFMVA)</w:t>
      </w:r>
      <w:r>
        <w:rPr>
          <w:rFonts w:ascii="Arial" w:hAnsi="Arial"/>
          <w:b w:val="0"/>
          <w:color w:val="64748B"/>
          <w:sz w:val="17"/>
        </w:rPr>
        <w:t xml:space="preserve">   [1992 - 1993]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ﺟﺎﻣﻌﺔ ﻟﻌﻠ ﻹﺳﻼﻣﯾﺔ ﻟﻌﺎﻟﻣﯾﺔ ﺑﻛﺎﻟﯾ ﻓﻲ ﻟﻣﺣﺎﺳﺑﺔ2022</w:t>
      </w:r>
      <w:r>
        <w:rPr>
          <w:rFonts w:ascii="Arial" w:hAnsi="Arial"/>
          <w:b w:val="0"/>
          <w:color w:val="64748B"/>
          <w:sz w:val="17"/>
        </w:rPr>
        <w:t xml:space="preserve">   [1991 - 1992]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ﻷ ﻋﻤﺎ</w:t>
      </w:r>
      <w:r>
        <w:rPr>
          <w:rFonts w:ascii="Arial" w:hAnsi="Arial"/>
          <w:b w:val="0"/>
          <w:color w:val="64748B"/>
          <w:sz w:val="17"/>
        </w:rPr>
        <w:t xml:space="preserve">   [1990 - 1991]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ﺗﻛﯾ ﻛﺎﯾﻣﻲ ﻗ ﻋﻠﻰ ﻟﻣﺣﺎﺳﺑﺔ ﻟﻣﺎﻟﯾﺔ ﻟﺗﻗﯾﻖ ﻟﻧ ﻟﺿﯾﺑﯾﺔ</w:t>
      </w:r>
      <w:r>
        <w:rPr>
          <w:rFonts w:ascii="Arial" w:hAnsi="Arial"/>
          <w:b w:val="0"/>
          <w:color w:val="64748B"/>
          <w:sz w:val="17"/>
        </w:rPr>
        <w:t xml:space="preserve">   [1989 - 1990]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PROFESSIONAL SUMMARY</w:t>
      </w:r>
      <w:r>
        <w:rPr>
          <w:rFonts w:ascii="Arial" w:hAnsi="Arial"/>
          <w:b w:val="0"/>
          <w:color w:val="64748B"/>
          <w:sz w:val="17"/>
        </w:rPr>
        <w:t xml:space="preserve">   [1988 - 1989]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KEY CAREER ACHIEVEMENTS</w:t>
      </w:r>
      <w:r>
        <w:rPr>
          <w:rFonts w:ascii="Arial" w:hAnsi="Arial"/>
          <w:b w:val="0"/>
          <w:color w:val="64748B"/>
          <w:sz w:val="17"/>
        </w:rPr>
        <w:t xml:space="preserve">   [1987 - 1988]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WORK EXPERIENCE</w:t>
      </w:r>
      <w:r>
        <w:rPr>
          <w:rFonts w:ascii="Arial" w:hAnsi="Arial"/>
          <w:b w:val="0"/>
          <w:color w:val="64748B"/>
          <w:sz w:val="17"/>
        </w:rPr>
        <w:t xml:space="preserve">   [1986 - 1987]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CORE SKILLS &amp; EXPERTISE</w:t>
      </w:r>
      <w:r>
        <w:rPr>
          <w:rFonts w:ascii="Arial" w:hAnsi="Arial"/>
          <w:b w:val="0"/>
          <w:color w:val="64748B"/>
          <w:sz w:val="17"/>
        </w:rPr>
        <w:t xml:space="preserve">   [1985 - 1986]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PROFESSIONAL CERTIFICATIONS &amp; LICENSES</w:t>
      </w:r>
      <w:r>
        <w:rPr>
          <w:rFonts w:ascii="Arial" w:hAnsi="Arial"/>
          <w:b w:val="0"/>
          <w:color w:val="64748B"/>
          <w:sz w:val="17"/>
        </w:rPr>
        <w:t xml:space="preserve">   [1984 - 1985]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EDUCATION</w:t>
      </w:r>
      <w:r>
        <w:rPr>
          <w:rFonts w:ascii="Arial" w:hAnsi="Arial"/>
          <w:b w:val="0"/>
          <w:color w:val="64748B"/>
          <w:sz w:val="17"/>
        </w:rPr>
        <w:t xml:space="preserve">   [1983 - 1984]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)ﻣﺳﺗ ﻣﮭﻧﻲ ﻣﺗﻘ )ﻗ ﻛﺗﺎﺑﺔ ﻣﺣﺎﺛﺔﻹﻧﺟﻠﯾﯾﺔ )ﻟﻠﻐﺔ ﻷ( • ﻟﻌﺑﯾﺔ</w:t>
      </w:r>
      <w:r>
        <w:rPr>
          <w:rFonts w:ascii="Arial" w:hAnsi="Arial"/>
          <w:b w:val="0"/>
          <w:color w:val="64748B"/>
          <w:sz w:val="17"/>
        </w:rPr>
        <w:t xml:space="preserve">   [1982 - 1983]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ﺟﺎ ﺗﺎﻣﺔ ﻟﻠﺗﻌﺎﻣ ﻣﻊ ﻷﻧﻣﺔ ﻟﻗﻣﯾﺔ ﻟﺣﻛﻣﯾﺔ ﻟﺑﺑﺎ ﻹﻟﻛﺗﻧﯾﺔ ﻟﺧﺎﺻﺔ ﺑﺎﻟﺿﺋ ﻟﺷﻛﺎ.</w:t>
      </w:r>
      <w:r>
        <w:rPr>
          <w:rFonts w:ascii="Arial" w:hAnsi="Arial"/>
          <w:b w:val="0"/>
          <w:color w:val="64748B"/>
          <w:sz w:val="17"/>
        </w:rPr>
        <w:t xml:space="preserve">   [1981 - 1982]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ﺗﺣﯾ ﻟﺑﺑﺎ ﻟﺿﯾﺑﯾﺔ ﻹﻟﻛﺗﻧﯾﺔ ﺑﻛﻔﺎ ﻋﺎﻟﯾﺔ.</w:t>
      </w:r>
      <w:r>
        <w:rPr>
          <w:rFonts w:ascii="Arial" w:hAnsi="Arial"/>
          <w:b w:val="0"/>
          <w:color w:val="64748B"/>
          <w:sz w:val="17"/>
        </w:rPr>
        <w:t xml:space="preserve">   [1980 - 1981]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ﻟﻘ ﻟﻔﺎﺋﻘﺔ ﻋﻠﻰ ﻟﺗﻌﺎﻣ ﻣﻊ ﻷﻗﺎ ﻟﻛﺑﯾ ﻣﻌﺎﻟﺟﺔ ﻗﻋ ﻟﺑﯾﺎﻧﺎ ﻟﻣﻌﻘ.</w:t>
      </w:r>
      <w:r>
        <w:rPr>
          <w:rFonts w:ascii="Arial" w:hAnsi="Arial"/>
          <w:b w:val="0"/>
          <w:color w:val="64748B"/>
          <w:sz w:val="17"/>
        </w:rPr>
        <w:t xml:space="preserve">   [1979 - 1980]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LANGUAGES</w:t>
      </w:r>
      <w:r>
        <w:rPr>
          <w:rFonts w:ascii="Arial" w:hAnsi="Arial"/>
          <w:b w:val="0"/>
          <w:color w:val="64748B"/>
          <w:sz w:val="17"/>
        </w:rPr>
        <w:t xml:space="preserve">   [1978 - 1979]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Recognized for top tier performance in quality compliance, client satisfaction, and goal attainment.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Specialist</w:t>
      </w:r>
      <w:r>
        <w:rPr>
          <w:rFonts w:ascii="Arial" w:hAnsi="Arial"/>
          <w:b/>
          <w:color w:val="2563EB"/>
          <w:sz w:val="19"/>
        </w:rPr>
        <w:t xml:space="preserve">  •  ﻹﺿﺎﻓﯿﺔ ﻟﺘﻘﻨﯿﺔ ﻟﺨﺒﺮ</w:t>
      </w:r>
      <w:r>
        <w:rPr>
          <w:rFonts w:ascii="Arial" w:hAnsi="Arial"/>
          <w:b w:val="0"/>
          <w:color w:val="64748B"/>
          <w:sz w:val="17"/>
        </w:rPr>
        <w:t xml:space="preserve">   [1977 - 1978]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Improved workflow efficiency by 20% through structured task reorganization and process audits.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Professional Competencies: </w:t>
      </w:r>
      <w:r>
        <w:rPr>
          <w:rFonts w:ascii="Arial" w:hAnsi="Arial"/>
          <w:b w:val="0"/>
          <w:color w:val="334155"/>
          <w:sz w:val="18"/>
        </w:rPr>
        <w:t>Operations Management  •  Process Optimization  •  Client Relations  •  Team Collaboration  •  Resource Planning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Digital Tools &amp; Platforms: </w:t>
      </w:r>
      <w:r>
        <w:rPr>
          <w:rFonts w:ascii="Arial" w:hAnsi="Arial"/>
          <w:b w:val="0"/>
          <w:color w:val="334155"/>
          <w:sz w:val="18"/>
        </w:rPr>
        <w:t>Microsoft Office 365  •  Project Management Tools (Trello / Asana)  •  CRM &amp; Database Systems  •  Digital Reporting Platforms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Standards &amp; Quality: </w:t>
      </w:r>
      <w:r>
        <w:rPr>
          <w:rFonts w:ascii="Arial" w:hAnsi="Arial"/>
          <w:b w:val="0"/>
          <w:color w:val="334155"/>
          <w:sz w:val="18"/>
        </w:rPr>
        <w:t>Quality Assurance (QA)  •  Compliance Monitoring  •  Standard Operating Procedures (SOPs)  •  Continuous Improvement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Personal Attributes: </w:t>
      </w:r>
      <w:r>
        <w:rPr>
          <w:rFonts w:ascii="Arial" w:hAnsi="Arial"/>
          <w:b w:val="0"/>
          <w:color w:val="334155"/>
          <w:sz w:val="18"/>
        </w:rPr>
        <w:t>Strategic Problem Solving  •  Effective Communication  •  Time Management  •  Attention to Detail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المسمى الوظيفي المستهدف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Professional Specialist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Specialist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خبرات العمل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ﻋﻮ ﻋﺒﺪﻟﻘﺎ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ﻣﯾ ﺗﻗﯾﻖ ﻣﺣﺎﺳﺑﺔ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ﻋﻣﺎ - ﺑ ﻧﺻﯾ ﻷabedawwad199@gmail.com +962 77 6099843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ﺳﻧ ﻓﻲ ﻟﺗﻗﯾﻖ ﻟﻣﺎﻟﻲ ﻋ ﻟﺗﻘﺎﯾ ﻟﻣﺎﻟﯾﺔ ﻻﻟﺗ ﻟﺿﯾﺑﻲ ﺑﻣﻌﺎﯾﯾ ﻋﺎﻟﯾﺔ ﻣ ﻟﻗﺔ ﻟﻛﻔﺎ. ﺛﺑ5ﻣﺣﺎﺳ ﻣﻗﻖ ﻣﺎﻟﻲ ﺗﻧﻔﯾ ﯾﺗﻣﺗﻊ ﺑﺧﺑ ﻣﺗﻘﻣﺔ ﺗﺗﺟﺎ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ﻧﺟﺎﺣﮫ ﻓﻲ ﻟﻌﻣﻠﯾﺎ ﻟﻣﺣﺎﺳﺑﯾﺔ ﻟﻣﻌﻘ ﺗﻘﯾﯾ ﻟﻣﺧﺎ ﻟﺗﻧﯾﻣﯾﺔ ﺗﻘﯾ ﻣﺎﻟﯾﺔ ﺳﺗﺗﯾﺟﯾﺔ ﺗﻋ ﻹ ﻟﻌﻠﯾﺎ ﻓﻲ ﺗﺧﺎ ﻗ ﺷﯾ ﻟﺗﻘﻠﯾ ﻻﻟﺗﻣﺎ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ﻟﺿﯾﺑﯾﺔ ﺗﻌﯾ ﻟﻌﺋ. ﻣﺣﺗ ﻓﻲ ﻧﻣﺟﺔ ﻟﺑﯾﺎﻧﺎ ﻟﻣﺎﯾﺔ ﺑﺎﺳﺗﺧ ﺗﺣﻠﯾ ﻟﺑﯾﺎﻧﺎ ﻟﻣﺗﻘﻣﺔ ﻟﺑﺑﺎ ﻟﺣﻛﻣﯾﺔ.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100+ ﻗﺎﺋﻣﺔ ﻣﺎﻟﯾﺔ ﺣﺳﺎﺑﯾﺔ ﻟﻠﺷﻛﺎ ﺑﻛﻔﺎ ﻣﺗﻧﺎﯾﺔ ﻣﻣﺎ ﺿﻣ ﻻﻟﺗ ﻟﺗﺎ ﺑﺎﻟﻣﻌﺎﯾﯾ ﻟﻟﯾﺔ ﻟﻘﻧﯾ ﻟﺣﻛﻣﯾﺔ ﺑﻧﺳﺑﺔ ﻣﺗﺛﺎ50ﻧﺟﺎ ﺗﻗﯾﻖ ﻛﺛ ﻣ.%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ﺗﯾ ﻧﻣﺎ ﻣﺎﻟﯾﺔ ﻣﺗﻘﻣﺔ ﺑﺎﺳﺗﺧExcel (Pivot Tables &amp; XLOOKUP) 35ﺳﺎﻣ ﻓﻲ ﺗﻘﻠﯾ ﻗ ﻣﻌﺎﻟﺟﺔ ﺗﺣﻠﯾ ﻟﺑﯾﺎﻧﺎ ﻟﻣﺎﻟﯾﺔ ﺑﻧﺳﺑﺔ.%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ﺗﺣﯾ ﻣﻌﺎﻟﺟﺎ ﻣﺣﺎﺳﺑﯾﺔ ﻗﯾﻘﺔ ﺳﺎﻣ ﻓﻲ ﺗﺧﻔﯾ ﻻﻟﺗﻣﺎ ﻟﺿﯾﺑﯾﺔ ﻏﯾ ﻟﺿﯾﺔ ﺗﺣﺳﯾ ﻟﺗﻓﻘﺎ ﻟﻧﻘﯾﺔ ﻟﻠﻌﻣﻼ.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ﻣﻛﺗ ﻟﺻﺎﺑ ﻟﻠﻣﺣﺎﺳﺑﯾ ﻟﻘﺎﻧﻧﯾﯾ ﻣﻗﻖ ﺣﺳﺎﺑﺎ 2022 – ﺣﺗﻰ ﻵ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ﻷ ﻋﻤﺎ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ﺟ ﻋﻣﻠﯾﺎ ﻟﺗﻗﯾﻖ ﻟﻣﺎﻟﻲ ﻟﻣﺣﺎﺳﺑﻲ ﻟﺷﺎﻣﻠﺔ ﻟﻠﺷﻛﺎ ﻣﻊ ﻟﺗﻛﯾ ﻋﻠﻰ ﻟﺗﻗﯾﻖ ﻟﺿﯾﺑﻲ ﻟﻗﺎﺑﺔ ﻟﻣﺳﺳﯾﺔ ﻟﺿﻣﺎ ﻻﻣﺗﺛﺎ ﻟﺗﺎ ﻟﻸﻧﻣﺔ ﻟﺣﻛﻣﯾﺔ.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ﻋ ﺗﺣﻠﯾ ﻟﻘﺋ ﻟﻣﺎﻟﯾﺔ ﺑﺟﺔ ﻋﺎﻟﯾﺔ ﻣ ﻟﻗﺔ ﻟﺿﻣﺎ ﺗﻓﻘﮭﺎ ﻟﻛﺎﻣ ﻣﻊ ﻟﻣﻌﺎﯾﯾ ﻟﻟﯾﺔ ﻹﻋ ﻟﺗﻘﺎﯾ ﻟﻣﺎﻟﯾﺔIFRS).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ﺗﻓﯾ ﺗﻘﺎﯾ ﻣﺎﻟﯾﺔ ﺗﻔﺻﯾﻠﯾﺔ ﻣﻘﺗﺣﺎ ﺳﺗﺗﯾﺟﯾﺔ ﻣﻋﻣﺔ ﺑﺎﻟﺑﯾﺎﻧﺎ ﻟﻋ ﻹ ﻟﻌﻠﯾﺎ ﻓﻲ ﺗﺧﺎ ﻟﻘ ﻟﺷﯾ.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ﺗﯾ ﻣﮭﺎ ﻣﺎﯾﻛﺳﻓ ﻛﺳ ﻟﻣﺗﻘﻣﺔ ﻟﺗﯾ ﻧﻣﺎ ﺗﻘﺎﯾ ﻣﺎﻟﯾﺔ ﻣﻌﻘ ﺗﺷﻣ ﻟﺟ ﻟﻣﺣﯾﺔPivot Tables) ﻟ ﻟﻣﺗﻘﻣﺔVLOOKUP &amp;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XLOOKUP).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ﻟﺗﻌﺎ ﻟﺛﯾﻖ ﻣﻊ ﻟﻌﻣﻼ ﻟﺗﺣﺳﯾ ﺳﺗﺗﯾﺟﯾﺎﺗﮭ ﻟﻣﺎﻟﯾﺔ ﻓﻊ ﻷ ﻟﺗﺷﻐﯾﻠﻲ ﺗﻘﻠﯾ ﻻﻟﺗﻣﺎ ﻟﺿﯾﺑﯾﺔ ﺑﺷﻛ ﻗﺎﻧﻧﻲ ﻓﻌﺎ.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Key Impact: % ﻣ ﺧﻼ ﺗﻣﺗﺔ ﻟﻧﻣﺎ ﻟﻣﺎﻟﯾﺔ25ﻧﺟﺢ ﻓﻲ ﺗﺣﺳﯾ ﻛﻔﺎ ﻣﺟﻌﺔ ﻟﺣﺳﺎﺑﺎ ﺗﻘﻠﯾ ﻣ ﻧﺟﺎ ﻋﻣﻠﯾﺎ ﻟﺗﻗﯾﻖ ﺑﻧﺳﺑﺔ.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ﻋﻣ ﻋ ﺑﻌ ﺧﺻﺎﺋﻲ ﺧﺎ ﻣﺟﻌﺔ ﺑﯾﺎﻧﺎ ﻣﺎﻟﯾﺔOnline) 2020 – 2021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ﻷ ﻋﻤﺎ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ﺧﺎ ﺑﯾﺎﻧﺎ ﻟﻌﻣﻼ ﻟﺣﺳﺎﺑﺎ ﺑﻗﺔ ﻣﺗﻧﺎﯾﺔ ﺿﻣ ﻣﻧﯾﺔ ﺿﯾﻘﺔ ﻣﻊ ﻻﻟﺗ ﺑﺄﻋﻠﻰ ﻣﻌﺎﯾﯾ ﻟﺟ.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ﺗﻟﯾ ﺗﻘﺎﯾ ﯾﺔ ﻗﯾﻘﺔ ﺷﻔﺔ ﻷﻋﻣﺎ ﻟﻣﻛﺗﻣﻠﺔ ﺑﺄﻣﺎ ﻟﻧﺳﺦ ﻻﺣﺗﯾﺎﯾﺔ ﻟﻠﺑﯾﺎﻧﺎ ﺑﺎﻧﺗﺎ.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ﻟﺗﺣﻘﻖ ﻟﻣﺳﺗﻣ ﻣ ﻗﺔ ﻟﺑﯾﺎﻧﺎ ﺗﺣﯾ ﻟﯾﺎ ﻹﺧﺎ ﻟﺿﻣﺎ ﻧﺳﯾﺎﺑﯾﺔ ﻟﻌﻣ ﻛﻔﺎﺗﮫ.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ﻟﺣﻔﺎ ﻋﻠﻰ ﻟﺳﯾﺔ ﻟﺗﺎﻣﺔ ﻟﺧﺻﺻﯾﺔ ﻟﻣﻠﻘﺔ ﻋﻧ ﺗ ﻟﻣﻌﻠﻣﺎ ﻟﻣﺎﻟﯾﺔ ﻟﺣﺳﺎﺳﯾﺔ.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Key Impact: % ﻓﻲ ﺧﺎ ﻣﻌﺎﻟﺟﺔ ﻻ ﻟﺳﺟﻼ ﻟﻣﺎﻟﯾﺔ ﺣﺳﺎﺑﺎ ﻟﻌﻣﻼ99.8ﺣﻘﻖ ﻧﺳﺑﺔ ﻗﺔ ﺑﻠﻐ.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ﻋ ﺗﺣﻠﯾ ﻟﻘﺋ ﻟﻣﺎﻟﯾﺔ • ﻟﺗﻗﯾﻖ ﻟﻣﺎﻟﻲ ﻟﺿﯾﺑﻲ • ﻟﻗﺎﺑﺔ ﻟﻣﺳﺳﯾﺔ • ﻟﻧﻣﺟﺔ ﻟﻣﺎﻟﯾﺔ • ﻟﺗﺣﻠﯾ ﻟﻣﺎﻟﻲ ﻟﻣﺗﻘ ﻟﻣﮭﺎ ﻟﺗﻘﻧﯾﺔ ﻷﺳﺎﺳﯾﺔ: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ﻣﺎﯾﻛﺳﻓ ﻛﺳ ﻟﻣﺗﻘ ﻷ ﻷﻧﻣﺔ ﺑﻣﺟﯾﺎ ﻟﻌﻣ:Pivot Tables, XLOOKUP, Data Analysis) • ﻟﺑﺑﺎ ﻟﺿﯾﺑﯾﺔ ﻟﺣﻛﻣﯾﺔ ﻹﻟﻛﺗﻧﯾﺔ • ﺑﻣﺟﯾﺎ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ﺧﺎ ﻟﺑﯾﺎﻧﺎ • ﻧﻣﺔ ﺗﺧﯾ ﻣ ﻟﻣﺳﺳﺎERP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ﻟﻣﻌﺎﯾﯾ ﻟﻟﯾﺔ ﻹﻋ ﻟﺗﻘﺎﯾ ﻟﻣﺎﻟﯾﺔ ﻟﻣﻌﺎﯾﯾ ﻟﻣﻧﮭﺟﯾﺎ ﻟﻣﮭﻧﯾﺔ:IFRS) • ﻟﻘﻧﯾ ﻟﻠﺋﺢ ﻟﺿﯾﺑﯾﺔ ﻟﻣﺣﻠﯾﺔ • ﻟﻣﺧﺎ ﻻﻣﺗﺛﺎ • ﺣﻛﻣﺔ ﻟﺷﻛﺎ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ﻟﺗﻔﻛﯾ ﻟﺗﺣﻠﯾﻠﻲ ﺣ ﻟﻣﺷﻛﻼ • ﻟﻗ ﺗﻧﯾ ﻟﻣﮭﺎ • ﻟﺗﺻ ﻟﻔﻌﺎ ﻟﻌﻣ ﻟﺟﻣﺎﻋﻲ • ﻟﻣﻧﺔ ﻟﺗﻛﯾ ﻣﻊ ﺑﯾﺋﺎ ﻟﻌﻣ ﻟﯾﻧﺎﻣﯾﻛﯾﺔ ﻟﻣﮭﺎ ﻟﻘﯾﺎﯾﺔ ﻟﺷﺧﺻﯾﺔ: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ﻣﺣﺎﺳ ﻗﺎﻧﻧﻲ ﻣﻌﺗﻣCPA - ﻣﺷﺢ ﻗﯾ ﻹﻋ) - ﻟﻣﻌﮭ ﻷﻣﯾﻛﻲ ﻟﻠﻣﺣﺎﺳﺑﯾ ﻟﻘﺎﻧﻧﯾﯾAICPA) (2024)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ﺷﮭﺎ ﻣﺣﻠ ﻣﺎﻟﻰ ﻣﻌﺗﻣFMVA) - ﻣﻌﮭ ﻟﺗﻣﯾ ﻟﻣﺳﺳﻲCFI) (2023)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ﺟﺎﻣﻌﺔ ﻟﻌﻠ ﻹﺳﻼﻣﯾﺔ ﻟﻌﺎﻟﻣﯾﺔ ﺑﻛﺎﻟﯾ ﻓﻲ ﻟﻣﺣﺎﺳﺑﺔ2022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ﻷ ﻋﻤﺎ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ﺗﻛﯾ ﻛﺎﯾﻣﻲ ﻗ ﻋﻠﻰ ﻟﻣﺣﺎﺳﺑﺔ ﻟﻣﺎﻟﯾﺔ ﻟﺗﻗﯾﻖ ﻟﻧ ﻟﺿﯾﺑﯾﺔ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SUMMARY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KEY CAREER ACHIEVEMENTS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WORK EXPERIENCE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CORE SKILLS &amp; EXPERTISE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PROFESSIONAL CERTIFICATIONS &amp; LICENSES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EDUCATION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)ﻣﺳﺗ ﻣﮭﻧﻲ ﻣﺗﻘ )ﻗ ﻛﺗﺎﺑﺔ ﻣﺣﺎﺛﺔﻹﻧﺟﻠﯾﯾﺔ )ﻟﻠﻐﺔ ﻷ( • ﻟﻌﺑﯾﺔ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ﺟﺎ ﺗﺎﻣﺔ ﻟﻠﺗﻌﺎﻣ ﻣﻊ ﻷﻧﻣﺔ ﻟﻗﻣﯾﺔ ﻟﺣﻛﻣﯾﺔ ﻟﺑﺑﺎ ﻹﻟﻛﺗﻧﯾﺔ ﻟﺧﺎﺻﺔ ﺑﺎﻟﺿﺋ ﻟﺷﻛﺎ.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ﺗﺣﯾ ﻟﺑﺑﺎ ﻟﺿﯾﺑﯾﺔ ﻹﻟﻛﺗﻧﯾﺔ ﺑﻛﻔﺎ ﻋﺎﻟﯾﺔ.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ﻟﻘ ﻟﻔﺎﺋﻘﺔ ﻋﻠﻰ ﻟﺗﻌﺎﻣ ﻣﻊ ﻷﻗﺎ ﻟﻛﺑﯾ ﻣﻌﺎﻟﺟﺔ ﻗﻋ ﻟﺑﯾﺎﻧﺎ ﻟﻣﻌﻘ.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LANGUAGES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ﻹﺿﺎﻓﯿﺔ ﻟﺘﻘﻨﯿﺔ ﻟﺨﺒﺮ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