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CANDIDATE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Professional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candidate@email.com   |   +962 7 9545 3503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performance-oriented Professional Specialist with proven hands-on experience in operational excellence and team coordination. Recognized for strong problem-solving acumen, meticulous attention to detail, and a collaborative mindset that consistently elevates organizational productivity and customer satisfaction.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Professional Specialist</w:t>
      </w:r>
      <w:r>
        <w:rPr>
          <w:rFonts w:ascii="Arial" w:hAnsi="Arial"/>
          <w:b/>
          <w:color w:val="2563EB"/>
          <w:sz w:val="19"/>
        </w:rPr>
        <w:t xml:space="preserve">  •  Ali Saleh Mohammad Awwad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aliawwad251@outlook.com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+962 7 7616 1919</w:t>
      </w:r>
      <w:r>
        <w:rPr>
          <w:rFonts w:ascii="Arial" w:hAnsi="Arial"/>
          <w:b w:val="0"/>
          <w:color w:val="64748B"/>
          <w:sz w:val="17"/>
        </w:rPr>
        <w:t xml:space="preserve">   [2021 - 2022]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Amman – Abu Nseir, Jordan</w:t>
      </w:r>
      <w:r>
        <w:rPr>
          <w:rFonts w:ascii="Arial" w:hAnsi="Arial"/>
          <w:b w:val="0"/>
          <w:color w:val="64748B"/>
          <w:sz w:val="17"/>
        </w:rPr>
        <w:t xml:space="preserve">   [2020 - 2021]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PROFILE</w:t>
      </w:r>
      <w:r>
        <w:rPr>
          <w:rFonts w:ascii="Arial" w:hAnsi="Arial"/>
          <w:b w:val="0"/>
          <w:color w:val="64748B"/>
          <w:sz w:val="17"/>
        </w:rPr>
        <w:t xml:space="preserve">   [2019 - 2020]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Experienced Telecommunications Tower Technician with over 5 years of hands-on experience in tower installation,</w:t>
      </w:r>
      <w:r>
        <w:rPr>
          <w:rFonts w:ascii="Arial" w:hAnsi="Arial"/>
          <w:b w:val="0"/>
          <w:color w:val="64748B"/>
          <w:sz w:val="17"/>
        </w:rPr>
        <w:t xml:space="preserve">   [2018 - 2019]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maintenance, and operation. Skilled in working at heights, handling telecommunications equipment, and</w:t>
      </w:r>
      <w:r>
        <w:rPr>
          <w:rFonts w:ascii="Arial" w:hAnsi="Arial"/>
          <w:b w:val="0"/>
          <w:color w:val="64748B"/>
          <w:sz w:val="17"/>
        </w:rPr>
        <w:t xml:space="preserve">   [2017 - 2018]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ensuring network reliability. Strong technical abilities combined with problem-solving skills and commitment to</w:t>
      </w:r>
      <w:r>
        <w:rPr>
          <w:rFonts w:ascii="Arial" w:hAnsi="Arial"/>
          <w:b w:val="0"/>
          <w:color w:val="64748B"/>
          <w:sz w:val="17"/>
        </w:rPr>
        <w:t xml:space="preserve">   [2016 - 2017]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safety and quality standards.</w:t>
      </w:r>
      <w:r>
        <w:rPr>
          <w:rFonts w:ascii="Arial" w:hAnsi="Arial"/>
          <w:b w:val="0"/>
          <w:color w:val="64748B"/>
          <w:sz w:val="17"/>
        </w:rPr>
        <w:t xml:space="preserve">   [2015 - 2016]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EDUCATION</w:t>
      </w:r>
      <w:r>
        <w:rPr>
          <w:rFonts w:ascii="Arial" w:hAnsi="Arial"/>
          <w:b w:val="0"/>
          <w:color w:val="64748B"/>
          <w:sz w:val="17"/>
        </w:rPr>
        <w:t xml:space="preserve">   [2014 - 2015]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High School Certificate</w:t>
      </w:r>
      <w:r>
        <w:rPr>
          <w:rFonts w:ascii="Arial" w:hAnsi="Arial"/>
          <w:b w:val="0"/>
          <w:color w:val="64748B"/>
          <w:sz w:val="17"/>
        </w:rPr>
        <w:t xml:space="preserve">   [2013 - 2014]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EXPERIENCE</w:t>
      </w:r>
      <w:r>
        <w:rPr>
          <w:rFonts w:ascii="Arial" w:hAnsi="Arial"/>
          <w:b w:val="0"/>
          <w:color w:val="64748B"/>
          <w:sz w:val="17"/>
        </w:rPr>
        <w:t xml:space="preserve">   [2012 - 2013]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October 2023 –</w:t>
      </w:r>
      <w:r>
        <w:rPr>
          <w:rFonts w:ascii="Arial" w:hAnsi="Arial"/>
          <w:b w:val="0"/>
          <w:color w:val="64748B"/>
          <w:sz w:val="17"/>
        </w:rPr>
        <w:t xml:space="preserve">   [2011 - 2012]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October 2025</w:t>
      </w:r>
      <w:r>
        <w:rPr>
          <w:rFonts w:ascii="Arial" w:hAnsi="Arial"/>
          <w:b w:val="0"/>
          <w:color w:val="64748B"/>
          <w:sz w:val="17"/>
        </w:rPr>
        <w:t xml:space="preserve">   [2010 - 2011]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Private Telecommunications Authority</w:t>
      </w:r>
      <w:r>
        <w:rPr>
          <w:rFonts w:ascii="Arial" w:hAnsi="Arial"/>
          <w:b w:val="0"/>
          <w:color w:val="64748B"/>
          <w:sz w:val="17"/>
        </w:rPr>
        <w:t xml:space="preserve">   [2009 - 2010]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Telecommunications Tower Technician (Maintenance &amp; Operations)</w:t>
      </w:r>
      <w:r>
        <w:rPr>
          <w:rFonts w:ascii="Arial" w:hAnsi="Arial"/>
          <w:b w:val="0"/>
          <w:color w:val="64748B"/>
          <w:sz w:val="17"/>
        </w:rPr>
        <w:t xml:space="preserve">   [2008 - 2009]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Worked in maintenance and operations department for telecom towers</w:t>
      </w:r>
      <w:r>
        <w:rPr>
          <w:rFonts w:ascii="Arial" w:hAnsi="Arial"/>
          <w:b w:val="0"/>
          <w:color w:val="64748B"/>
          <w:sz w:val="17"/>
        </w:rPr>
        <w:t xml:space="preserve">   [2007 - 2008]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Monitored network performance and ensured system stability</w:t>
      </w:r>
      <w:r>
        <w:rPr>
          <w:rFonts w:ascii="Arial" w:hAnsi="Arial"/>
          <w:b w:val="0"/>
          <w:color w:val="64748B"/>
          <w:sz w:val="17"/>
        </w:rPr>
        <w:t xml:space="preserve">   [2006 - 2007]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Diagnosed and resolved technical faults efficiently</w:t>
      </w:r>
      <w:r>
        <w:rPr>
          <w:rFonts w:ascii="Arial" w:hAnsi="Arial"/>
          <w:b w:val="0"/>
          <w:color w:val="64748B"/>
          <w:sz w:val="17"/>
        </w:rPr>
        <w:t xml:space="preserve">   [2005 - 2006]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Performed equipment upgrades and system optimization</w:t>
      </w:r>
      <w:r>
        <w:rPr>
          <w:rFonts w:ascii="Arial" w:hAnsi="Arial"/>
          <w:b w:val="0"/>
          <w:color w:val="64748B"/>
          <w:sz w:val="17"/>
        </w:rPr>
        <w:t xml:space="preserve">   [2004 - 2005]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Collaborated with technical teams to improve service quality</w:t>
      </w:r>
      <w:r>
        <w:rPr>
          <w:rFonts w:ascii="Arial" w:hAnsi="Arial"/>
          <w:b w:val="0"/>
          <w:color w:val="64748B"/>
          <w:sz w:val="17"/>
        </w:rPr>
        <w:t xml:space="preserve">   [2003 - 2004]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June 2019 – July 2023 International Communication &amp; Construction Contracts LTD.CO</w:t>
      </w:r>
      <w:r>
        <w:rPr>
          <w:rFonts w:ascii="Arial" w:hAnsi="Arial"/>
          <w:b w:val="0"/>
          <w:color w:val="64748B"/>
          <w:sz w:val="17"/>
        </w:rPr>
        <w:t xml:space="preserve">   [2002 - 2003]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Telecommunications Tower Technician</w:t>
      </w:r>
      <w:r>
        <w:rPr>
          <w:rFonts w:ascii="Arial" w:hAnsi="Arial"/>
          <w:b w:val="0"/>
          <w:color w:val="64748B"/>
          <w:sz w:val="17"/>
        </w:rPr>
        <w:t xml:space="preserve">   [2001 - 2002]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Installed and maintained telecom towers and related equipment</w:t>
      </w:r>
      <w:r>
        <w:rPr>
          <w:rFonts w:ascii="Arial" w:hAnsi="Arial"/>
          <w:b w:val="0"/>
          <w:color w:val="64748B"/>
          <w:sz w:val="17"/>
        </w:rPr>
        <w:t xml:space="preserve">   [2000 - 2001]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Performed troubleshooting and repair of communication systems</w:t>
      </w:r>
      <w:r>
        <w:rPr>
          <w:rFonts w:ascii="Arial" w:hAnsi="Arial"/>
          <w:b w:val="0"/>
          <w:color w:val="64748B"/>
          <w:sz w:val="17"/>
        </w:rPr>
        <w:t xml:space="preserve">   [1999 - 2000]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Assisted in tower climbing, rigging, and equipment mounting</w:t>
      </w:r>
      <w:r>
        <w:rPr>
          <w:rFonts w:ascii="Arial" w:hAnsi="Arial"/>
          <w:b w:val="0"/>
          <w:color w:val="64748B"/>
          <w:sz w:val="17"/>
        </w:rPr>
        <w:t xml:space="preserve">   [1998 - 1999]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Ensured compliance with safety regulations during all operations</w:t>
      </w:r>
      <w:r>
        <w:rPr>
          <w:rFonts w:ascii="Arial" w:hAnsi="Arial"/>
          <w:b w:val="0"/>
          <w:color w:val="64748B"/>
          <w:sz w:val="17"/>
        </w:rPr>
        <w:t xml:space="preserve">   [1997 - 1998]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Conducted routine inspections and preventive maintenance</w:t>
      </w:r>
      <w:r>
        <w:rPr>
          <w:rFonts w:ascii="Arial" w:hAnsi="Arial"/>
          <w:b w:val="0"/>
          <w:color w:val="64748B"/>
          <w:sz w:val="17"/>
        </w:rPr>
        <w:t xml:space="preserve">   [1996 - 1997]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SKILLS</w:t>
      </w:r>
      <w:r>
        <w:rPr>
          <w:rFonts w:ascii="Arial" w:hAnsi="Arial"/>
          <w:b w:val="0"/>
          <w:color w:val="64748B"/>
          <w:sz w:val="17"/>
        </w:rPr>
        <w:t xml:space="preserve">   [1995 - 1996]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Telecom Tower Installation &amp; Maintenance</w:t>
      </w:r>
      <w:r>
        <w:rPr>
          <w:rFonts w:ascii="Arial" w:hAnsi="Arial"/>
          <w:b w:val="0"/>
          <w:color w:val="64748B"/>
          <w:sz w:val="17"/>
        </w:rPr>
        <w:t xml:space="preserve">   [1994 - 1995]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Equipment Mounting &amp; Dismantling</w:t>
      </w:r>
      <w:r>
        <w:rPr>
          <w:rFonts w:ascii="Arial" w:hAnsi="Arial"/>
          <w:b w:val="0"/>
          <w:color w:val="64748B"/>
          <w:sz w:val="17"/>
        </w:rPr>
        <w:t xml:space="preserve">   [1993 - 1994]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Troubleshooting &amp; Fault Diagnosis</w:t>
      </w:r>
      <w:r>
        <w:rPr>
          <w:rFonts w:ascii="Arial" w:hAnsi="Arial"/>
          <w:b w:val="0"/>
          <w:color w:val="64748B"/>
          <w:sz w:val="17"/>
        </w:rPr>
        <w:t xml:space="preserve">   [1992 - 1993]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Preventive Maintenance</w:t>
      </w:r>
      <w:r>
        <w:rPr>
          <w:rFonts w:ascii="Arial" w:hAnsi="Arial"/>
          <w:b w:val="0"/>
          <w:color w:val="64748B"/>
          <w:sz w:val="17"/>
        </w:rPr>
        <w:t xml:space="preserve">   [1991 - 1992]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RF Equipment Handling</w:t>
      </w:r>
      <w:r>
        <w:rPr>
          <w:rFonts w:ascii="Arial" w:hAnsi="Arial"/>
          <w:b w:val="0"/>
          <w:color w:val="64748B"/>
          <w:sz w:val="17"/>
        </w:rPr>
        <w:t xml:space="preserve">   [1990 - 1991]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Cable Installation &amp; Management</w:t>
      </w:r>
      <w:r>
        <w:rPr>
          <w:rFonts w:ascii="Arial" w:hAnsi="Arial"/>
          <w:b w:val="0"/>
          <w:color w:val="64748B"/>
          <w:sz w:val="17"/>
        </w:rPr>
        <w:t xml:space="preserve">   [1989 - 1990]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Antenna Alignment &amp; Optimization</w:t>
      </w:r>
      <w:r>
        <w:rPr>
          <w:rFonts w:ascii="Arial" w:hAnsi="Arial"/>
          <w:b w:val="0"/>
          <w:color w:val="64748B"/>
          <w:sz w:val="17"/>
        </w:rPr>
        <w:t xml:space="preserve">   [1988 - 1989]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Network Support &amp; Monitoring</w:t>
      </w:r>
      <w:r>
        <w:rPr>
          <w:rFonts w:ascii="Arial" w:hAnsi="Arial"/>
          <w:b w:val="0"/>
          <w:color w:val="64748B"/>
          <w:sz w:val="17"/>
        </w:rPr>
        <w:t xml:space="preserve">   [1987 - 1988]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SOFT SKILLS</w:t>
      </w:r>
      <w:r>
        <w:rPr>
          <w:rFonts w:ascii="Arial" w:hAnsi="Arial"/>
          <w:b w:val="0"/>
          <w:color w:val="64748B"/>
          <w:sz w:val="17"/>
        </w:rPr>
        <w:t xml:space="preserve">   [1986 - 1987]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Strong Problem-Solving Skills</w:t>
      </w:r>
      <w:r>
        <w:rPr>
          <w:rFonts w:ascii="Arial" w:hAnsi="Arial"/>
          <w:b w:val="0"/>
          <w:color w:val="64748B"/>
          <w:sz w:val="17"/>
        </w:rPr>
        <w:t xml:space="preserve">   [1985 - 1986]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Attention to Detail</w:t>
      </w:r>
      <w:r>
        <w:rPr>
          <w:rFonts w:ascii="Arial" w:hAnsi="Arial"/>
          <w:b w:val="0"/>
          <w:color w:val="64748B"/>
          <w:sz w:val="17"/>
        </w:rPr>
        <w:t xml:space="preserve">   [1984 - 1985]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Teamwork &amp; Collaboration</w:t>
      </w:r>
      <w:r>
        <w:rPr>
          <w:rFonts w:ascii="Arial" w:hAnsi="Arial"/>
          <w:b w:val="0"/>
          <w:color w:val="64748B"/>
          <w:sz w:val="17"/>
        </w:rPr>
        <w:t xml:space="preserve">   [1983 - 1984]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Ability to Work Under Pressure</w:t>
      </w:r>
      <w:r>
        <w:rPr>
          <w:rFonts w:ascii="Arial" w:hAnsi="Arial"/>
          <w:b w:val="0"/>
          <w:color w:val="64748B"/>
          <w:sz w:val="17"/>
        </w:rPr>
        <w:t xml:space="preserve">   [1982 - 1983]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Time Management</w:t>
      </w:r>
      <w:r>
        <w:rPr>
          <w:rFonts w:ascii="Arial" w:hAnsi="Arial"/>
          <w:b w:val="0"/>
          <w:color w:val="64748B"/>
          <w:sz w:val="17"/>
        </w:rPr>
        <w:t xml:space="preserve">   [1981 - 1982]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Adaptability &amp; Flexibility</w:t>
      </w:r>
      <w:r>
        <w:rPr>
          <w:rFonts w:ascii="Arial" w:hAnsi="Arial"/>
          <w:b w:val="0"/>
          <w:color w:val="64748B"/>
          <w:sz w:val="17"/>
        </w:rPr>
        <w:t xml:space="preserve">   [1980 - 1981]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Commitment to Safety Standards</w:t>
      </w:r>
      <w:r>
        <w:rPr>
          <w:rFonts w:ascii="Arial" w:hAnsi="Arial"/>
          <w:b w:val="0"/>
          <w:color w:val="64748B"/>
          <w:sz w:val="17"/>
        </w:rPr>
        <w:t xml:space="preserve">   [1979 - 1980]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LANGUAGES</w:t>
      </w:r>
      <w:r>
        <w:rPr>
          <w:rFonts w:ascii="Arial" w:hAnsi="Arial"/>
          <w:b w:val="0"/>
          <w:color w:val="64748B"/>
          <w:sz w:val="17"/>
        </w:rPr>
        <w:t xml:space="preserve">   [1978 - 1979]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Arabic</w:t>
      </w:r>
      <w:r>
        <w:rPr>
          <w:rFonts w:ascii="Arial" w:hAnsi="Arial"/>
          <w:b w:val="0"/>
          <w:color w:val="64748B"/>
          <w:sz w:val="17"/>
        </w:rPr>
        <w:t xml:space="preserve">   [1977 - 1978]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Professional Competencies: </w:t>
      </w:r>
      <w:r>
        <w:rPr>
          <w:rFonts w:ascii="Arial" w:hAnsi="Arial"/>
          <w:b w:val="0"/>
          <w:color w:val="334155"/>
          <w:sz w:val="18"/>
        </w:rPr>
        <w:t>Operations Management  •  Process Optimization  •  Client Relations  •  Team Collaboration  •  Resource Planning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Digital Tools &amp; Platforms: </w:t>
      </w:r>
      <w:r>
        <w:rPr>
          <w:rFonts w:ascii="Arial" w:hAnsi="Arial"/>
          <w:b w:val="0"/>
          <w:color w:val="334155"/>
          <w:sz w:val="18"/>
        </w:rPr>
        <w:t>Microsoft Office 365  •  Project Management Tools (Trello / Asana)  •  CRM &amp; Database Systems  •  Digital Reporting Platforms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Standards &amp; Quality: </w:t>
      </w:r>
      <w:r>
        <w:rPr>
          <w:rFonts w:ascii="Arial" w:hAnsi="Arial"/>
          <w:b w:val="0"/>
          <w:color w:val="334155"/>
          <w:sz w:val="18"/>
        </w:rPr>
        <w:t>Quality Assurance (QA)  •  Compliance Monitoring  •  Standard Operating Procedures (SOPs)  •  Continuous Improvement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Personal Attributes: </w:t>
      </w:r>
      <w:r>
        <w:rPr>
          <w:rFonts w:ascii="Arial" w:hAnsi="Arial"/>
          <w:b w:val="0"/>
          <w:color w:val="334155"/>
          <w:sz w:val="18"/>
        </w:rPr>
        <w:t>Strategic Problem Solving  •  Effective Communication  •  Time Management  •  Attention to Detail  •  Adaptability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المسمى الوظيفي المستهدف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Professional Specialist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Professional Specialist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خبرات العمل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Ali Saleh Mohammad Awwad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aliawwad251@outlook.com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+962 7 7616 1919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Amman – Abu Nseir, Jordan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PROFILE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Experienced Telecommunications Tower Technician with over 5 years of hands-on experience in tower installation,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maintenance, and operation. Skilled in working at heights, handling telecommunications equipment, and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ensuring network reliability. Strong technical abilities combined with problem-solving skills and commitment to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safety and quality standards.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EDUCATION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High School Certificate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EXPERIENCE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October 2023 –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October 2025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Private Telecommunications Authority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Telecommunications Tower Technician (Maintenance &amp; Operations)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Worked in maintenance and operations department for telecom towers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Monitored network performance and ensured system stability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Diagnosed and resolved technical faults efficiently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Performed equipment upgrades and system optimization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Collaborated with technical teams to improve service quality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June 2019 – July 2023 International Communication &amp; Construction Contracts LTD.CO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Telecommunications Tower Technician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Installed and maintained telecom towers and related equipment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Performed troubleshooting and repair of communication systems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Assisted in tower climbing, rigging, and equipment mounting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Ensured compliance with safety regulations during all operations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Conducted routine inspections and preventive maintenance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SKILLS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Telecom Tower Installation &amp; Maintenance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Equipment Mounting &amp; Dismantling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Troubleshooting &amp; Fault Diagnosis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Preventive Maintenance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RF Equipment Handling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Cable Installation &amp; Management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Antenna Alignment &amp; Optimization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Network Support &amp; Monitoring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SOFT SKILLS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Strong Problem-Solving Skills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Attention to Detail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Teamwork &amp; Collaboration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Ability to Work Under Pressure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Time Management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Adaptability &amp; Flexibility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Commitment to Safety Standards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LANGUAGES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Arabic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