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MOHAMMAD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Junior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Jabal Amman, Amman, Jordan   |   ✉️ Jawadabdeen003@gmail.com   |   📞 +962797776845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adaptable Junior Accountant with hands-on experience in accounting and auditing practices. Proven ability to handle financial records, utilize advanced Excel functions, and thrive in fast-paced, high-pressure environments. Quick learner with a strong foundation in accounting principles from Hashemite University, complemented by diverse professional training and community leadership experience.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Accounting and Auditing Assistant</w:t>
      </w:r>
      <w:r>
        <w:rPr>
          <w:rFonts w:ascii="Arial" w:hAnsi="Arial"/>
          <w:b/>
          <w:color w:val="2563EB"/>
          <w:sz w:val="19"/>
        </w:rPr>
        <w:t xml:space="preserve">  •  Accounting &amp; Auditing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daily financial transactions, journal entries, and ledger reconciliations with high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 in conducting financial audits and preparing comprehensive financial reports for various clients.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 data entry processes using advanced Microsoft Excel functions, reducing error rates by 15%.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Accounting Trainee</w:t>
      </w:r>
      <w:r>
        <w:rPr>
          <w:rFonts w:ascii="Arial" w:hAnsi="Arial"/>
          <w:b/>
          <w:color w:val="2563EB"/>
          <w:sz w:val="19"/>
        </w:rPr>
        <w:t xml:space="preserve">  •  Al-Somadi Establishment for Electronic Appliances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the finance department in reconciling accounts receivable and accounts payable.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inventory tracking and financial record maintenance for electronic appliances.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accountants to resolve discrepancies in daily cash flows and invoices.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Trainee</w:t>
      </w:r>
      <w:r>
        <w:rPr>
          <w:rFonts w:ascii="Arial" w:hAnsi="Arial"/>
          <w:b/>
          <w:color w:val="2563EB"/>
          <w:sz w:val="19"/>
        </w:rPr>
        <w:t xml:space="preserve">  •  LOYAC Foundation</w:t>
      </w:r>
      <w:r>
        <w:rPr>
          <w:rFonts w:ascii="Arial" w:hAnsi="Arial"/>
          <w:b w:val="0"/>
          <w:color w:val="64748B"/>
          <w:sz w:val="17"/>
        </w:rPr>
        <w:t xml:space="preserve">   [2022 - 2022]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Completed professional development and leadership training programs focused on workplace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Participated in community service initiatives, enhancing cross-functional teamwork and communication skills.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Bachelor's Degree in Accounting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[2025]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&amp; Finance: </w:t>
      </w:r>
      <w:r>
        <w:rPr>
          <w:rFonts w:ascii="Arial" w:hAnsi="Arial"/>
          <w:b w:val="0"/>
          <w:color w:val="334155"/>
          <w:sz w:val="18"/>
        </w:rPr>
        <w:t>Financial Auditing  •  General Ledger  •  Accounts Payable/Receivable  •  Financial Reporting  •  Reconciliation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Technical Skills: </w:t>
      </w:r>
      <w:r>
        <w:rPr>
          <w:rFonts w:ascii="Arial" w:hAnsi="Arial"/>
          <w:b w:val="0"/>
          <w:color w:val="334155"/>
          <w:sz w:val="18"/>
        </w:rPr>
        <w:t>Advanced Microsoft Excel  •  Computer Literacy  •  Financial Software  •  Data Entry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Working Under Pressure  •  Fast Learner  •  Problem Solving  •  Teamwork  •  Communication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 / Good Conversational)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