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SMART CVS TEST</w:t>
      </w:r>
    </w:p>
    <w:p>
      <w:pPr>
        <w:spacing w:after="80"/>
      </w:pPr>
      <w:r>
        <w:rPr>
          <w:rFonts w:ascii="Arial" w:hAnsi="Arial"/>
          <w:b/>
          <w:color w:val="2563EB"/>
          <w:sz w:val="22"/>
        </w:rPr>
        <w:t>مطور واجهات أمامية</w:t>
      </w:r>
    </w:p>
    <w:p>
      <w:pPr>
        <w:spacing w:after="200"/>
      </w:pPr>
      <w:r>
        <w:rPr>
          <w:rFonts w:ascii="Arial" w:hAnsi="Arial"/>
          <w:b w:val="0"/>
          <w:color w:val="475569"/>
          <w:sz w:val="17"/>
        </w:rPr>
        <w:t>📍 عمان، الأردن   |   ✉️ test@example.com   |   📞 +962 7 0000 0000</w:t>
      </w:r>
    </w:p>
    <w:p>
      <w:pPr>
        <w:spacing w:before="160" w:after="60"/>
        <w:pBdr>
          <w:bottom w:val="single" w:sz="12" w:space="2" w:color="2563EB"/>
        </w:pBdr>
      </w:pPr>
      <w:r>
        <w:rPr>
          <w:rFonts w:ascii="Arial" w:hAnsi="Arial"/>
          <w:b/>
          <w:color w:val="0F172A"/>
          <w:sz w:val="21"/>
        </w:rPr>
        <w:t>النبذة المهنية</w:t>
      </w:r>
    </w:p>
    <w:p>
      <w:pPr>
        <w:spacing w:after="120"/>
      </w:pPr>
      <w:r>
        <w:rPr>
          <w:rFonts w:ascii="Arial" w:hAnsi="Arial"/>
          <w:b w:val="0"/>
          <w:color w:val="334155"/>
          <w:sz w:val="18"/>
        </w:rPr>
        <w:t>مطور واجهات أمامية محترف ولديه خبرة واسعة في بناء وتطوير تطبيقات الويب الحديثة باستخدام أحدث التقنيات مثل React و TypeScript. أمتلك سجلاً حافلاً في تصميم واجهات مستخدم تفاعلية وعالية الأداء تركز على تحسين تجربة المستخدم ورفع كفاءة التطبيقات بنسب ملحوظة. أبحث عن فرصة لتطوير مهاراتي والمساهمة في تحقيق أهداف الشركة من خلال تقديم حلول برمجية مبتكرة.</w:t>
      </w:r>
    </w:p>
    <w:p>
      <w:pPr>
        <w:spacing w:before="160" w:after="60"/>
        <w:pBdr>
          <w:bottom w:val="single" w:sz="12" w:space="2" w:color="2563EB"/>
        </w:pBdr>
      </w:pPr>
      <w:r>
        <w:rPr>
          <w:rFonts w:ascii="Arial" w:hAnsi="Arial"/>
          <w:b/>
          <w:color w:val="0F172A"/>
          <w:sz w:val="21"/>
        </w:rPr>
        <w:t>الخبرات المهنية</w:t>
      </w:r>
    </w:p>
    <w:p>
      <w:pPr>
        <w:spacing w:before="80" w:after="20"/>
      </w:pPr>
      <w:r>
        <w:rPr>
          <w:rFonts w:ascii="Arial" w:hAnsi="Arial"/>
          <w:b/>
          <w:color w:val="0F172A"/>
          <w:sz w:val="19"/>
        </w:rPr>
        <w:t>مطور واجهات أمامية</w:t>
      </w:r>
      <w:r>
        <w:rPr>
          <w:rFonts w:ascii="Arial" w:hAnsi="Arial"/>
          <w:b/>
          <w:color w:val="2563EB"/>
          <w:sz w:val="19"/>
        </w:rPr>
        <w:t xml:space="preserve">  •  شركة تقنية رائدة</w:t>
      </w:r>
      <w:r>
        <w:rPr>
          <w:rFonts w:ascii="Arial" w:hAnsi="Arial"/>
          <w:b w:val="0"/>
          <w:color w:val="64748B"/>
          <w:sz w:val="17"/>
        </w:rPr>
        <w:t xml:space="preserve">   [يناير 2022 - الحاضر]</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هندسة وتطوير واجهات المستخدم الديناميكية باستخدام React و TypeScript، مما أدى إلى تحسين أداء التطبيق بنسبة 25%.</w:t>
      </w:r>
    </w:p>
    <w:p>
      <w:pPr>
        <w:pStyle w:val="ListBullet"/>
        <w:spacing w:before="0" w:after="40"/>
      </w:pPr>
      <w:r>
        <w:rPr>
          <w:rFonts w:ascii="Arial" w:hAnsi="Arial"/>
          <w:b w:val="0"/>
          <w:color w:val="334155"/>
          <w:sz w:val="18"/>
        </w:rPr>
        <w:t>تعاونت بشكل وثيق مع فرق التصميم لتنفيذ واجهات متجاوبة (Responsive Design) تضمن تجربة مستخدم سلسة عبر مختلف الأجهزة.</w:t>
      </w:r>
    </w:p>
    <w:p>
      <w:pPr>
        <w:pStyle w:val="ListBullet"/>
        <w:spacing w:before="0" w:after="40"/>
      </w:pPr>
      <w:r>
        <w:rPr>
          <w:rFonts w:ascii="Arial" w:hAnsi="Arial"/>
          <w:b w:val="0"/>
          <w:color w:val="334155"/>
          <w:sz w:val="18"/>
        </w:rPr>
        <w:t>قمت بتحسين وتدقيق الشيفرات البرمجية (Code Refactoring) لتقليل وقت تحميل الصفحات بنسبة 20% وزيادة رضا المستخدمين.</w:t>
      </w:r>
    </w:p>
    <w:p>
      <w:pPr>
        <w:spacing w:before="160" w:after="60"/>
        <w:pBdr>
          <w:bottom w:val="single" w:sz="12" w:space="2" w:color="2563EB"/>
        </w:pBdr>
      </w:pPr>
      <w:r>
        <w:rPr>
          <w:rFonts w:ascii="Arial" w:hAnsi="Arial"/>
          <w:b/>
          <w:color w:val="0F172A"/>
          <w:sz w:val="21"/>
        </w:rPr>
        <w:t>التعليم والمؤهلات</w:t>
      </w:r>
    </w:p>
    <w:p>
      <w:pPr>
        <w:spacing w:before="60" w:after="20"/>
      </w:pPr>
      <w:r>
        <w:rPr>
          <w:rFonts w:ascii="Arial" w:hAnsi="Arial"/>
          <w:b/>
          <w:color w:val="0F172A"/>
          <w:sz w:val="19"/>
        </w:rPr>
        <w:t>بكالوريوس في علوم الحاسوب</w:t>
      </w:r>
      <w:r>
        <w:rPr>
          <w:rFonts w:ascii="Arial" w:hAnsi="Arial"/>
          <w:b w:val="0"/>
          <w:color w:val="2563EB"/>
          <w:sz w:val="19"/>
        </w:rPr>
        <w:t xml:space="preserve">  •  الجامعة</w:t>
      </w:r>
      <w:r>
        <w:rPr>
          <w:rFonts w:ascii="Arial" w:hAnsi="Arial"/>
          <w:b w:val="0"/>
          <w:color w:val="64748B"/>
          <w:sz w:val="17"/>
        </w:rPr>
        <w:t xml:space="preserve">   [2021]</w:t>
      </w:r>
    </w:p>
    <w:p>
      <w:pPr>
        <w:spacing w:before="160" w:after="60"/>
        <w:pBdr>
          <w:bottom w:val="single" w:sz="12"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المهارات التقنية: </w:t>
      </w:r>
      <w:r>
        <w:rPr>
          <w:rFonts w:ascii="Arial" w:hAnsi="Arial"/>
          <w:b w:val="0"/>
          <w:color w:val="334155"/>
          <w:sz w:val="18"/>
        </w:rPr>
        <w:t>React  •  TypeScript  •  JavaScript (ES6+)  •  HTML5  •  CSS3  •  Tailwind CSS</w:t>
      </w:r>
    </w:p>
    <w:p>
      <w:pPr>
        <w:spacing w:after="40"/>
      </w:pPr>
      <w:r>
        <w:rPr>
          <w:rFonts w:ascii="Arial" w:hAnsi="Arial"/>
          <w:b/>
          <w:color w:val="0F172A"/>
          <w:sz w:val="18"/>
        </w:rPr>
        <w:t xml:space="preserve">الأدوات ومنصات العمل: </w:t>
      </w:r>
      <w:r>
        <w:rPr>
          <w:rFonts w:ascii="Arial" w:hAnsi="Arial"/>
          <w:b w:val="0"/>
          <w:color w:val="334155"/>
          <w:sz w:val="18"/>
        </w:rPr>
        <w:t>Git  •  GitHub  •  VS Code  •  Webpack  •  RESTful APIs</w:t>
      </w:r>
    </w:p>
    <w:p>
      <w:pPr>
        <w:spacing w:before="160" w:after="60"/>
        <w:pBdr>
          <w:bottom w:val="single" w:sz="12"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(بطلاقة)</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