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TAYSEER JAMEEL TAYSEER AL-DESE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Senior Accountant &amp; Financial Operations Lead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tayseeraldese336@gmail.com   |   00962795676949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Senior Accountant with a proven track record in financial reporting, audit preparation, and complex reconciliation. Expert in streamlining accounting workflows and maintaining 100% accuracy in financial documentation. Committed to driving organizational financial health through diligent analysis, rigorous internal controls, and strategic budget forecasting.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in closing audit files and reconciling complex financial statements for multi-entity operations.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streamlined reconciliation processes, reducing manual entry errors by 15% and improving reporting turnaround time.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100% accuracy in financial documentation and general ledger maintenance across diverse business sectors.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Nabil Sakajiha Company</w:t>
      </w:r>
      <w:r>
        <w:rPr>
          <w:rFonts w:ascii="Arial" w:hAnsi="Arial"/>
          <w:b w:val="0"/>
          <w:color w:val="64748B"/>
          <w:sz w:val="17"/>
        </w:rPr>
        <w:t xml:space="preserve">   [2024 -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Directing comprehensive journal entries and maintaining accurate general ledgers to ensure full financial transparency.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Executing daily cash and card reconciliation, identifying and resolving discrepancies with 100% accuracy.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Managing end-to-end payroll processing, ensuring timely and compliant disbursement of employee compensation.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Assisting in strategic budget planning and financial forecasting to support executive management decision-making.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Executing specialized gold accounting procedures, maintaining precise inventory and valuation records.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Al-Basha Restaurant &amp; Al-Saber Audit Office</w:t>
      </w:r>
      <w:r>
        <w:rPr>
          <w:rFonts w:ascii="Arial" w:hAnsi="Arial"/>
          <w:b w:val="0"/>
          <w:color w:val="64748B"/>
          <w:sz w:val="17"/>
        </w:rPr>
        <w:t xml:space="preserve">   [2023 - 2024]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Prepared detailed audit files and supporting documentation, facilitating seamless internal and external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Optimized financial reporting workflows to improve data integrity and operational efficiency.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accounts payable and receivable cycles, ensuring timely settlement and accurate cash flow tracking.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audit teams to ensure strict adherence to tax compliance and internal financial controls.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Bachelor’s Degree in Accounting</w:t>
      </w:r>
      <w:r>
        <w:rPr>
          <w:rFonts w:ascii="Arial" w:hAnsi="Arial"/>
          <w:b w:val="0"/>
          <w:color w:val="2563EB"/>
          <w:sz w:val="19"/>
        </w:rPr>
        <w:t xml:space="preserve">  •  Yarmouk University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