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YASSER AL-ALI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Marketing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Riyadh, Saudi Arabia   |   yasser@example.com   |   +966500000000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Highly motivated Marketing graduate with a strong academic foundation from King Saud University and hands-on experience in digital campaign management. Proficient in leveraging Meta and Google Ads to drive brand visibility and engagement. Committed to delivering data-driven marketing solutions and supporting team objectives through analytical rigor and creative execution.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managed digital advertising budgets with a focus on optimizing click-through rates and conversion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accuracy in campaign reporting and performance documentation during internship and project work.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Marketing Specialist (Internship/Entry-Level)</w:t>
      </w:r>
      <w:r>
        <w:rPr>
          <w:rFonts w:ascii="Arial" w:hAnsi="Arial"/>
          <w:b/>
          <w:color w:val="2563EB"/>
          <w:sz w:val="19"/>
        </w:rPr>
        <w:t xml:space="preserve">  •  Marketing Department</w:t>
      </w:r>
      <w:r>
        <w:rPr>
          <w:rFonts w:ascii="Arial" w:hAnsi="Arial"/>
          <w:b w:val="0"/>
          <w:color w:val="64748B"/>
          <w:sz w:val="17"/>
        </w:rPr>
        <w:t xml:space="preserve">   [2020 -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Riyadh, Saudi Arabia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end-to-end digital marketing campaigns on Meta and Google Ads, consistently meeting daily performance benchmarks.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the development of SEO and SEM strategies, contributing to a measurable increase in organic search visibility.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Analyzed campaign data using Google Analytics to provide actionable insights, improving audience targeting accuracy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the marketing team to draft compelling ad copy, ensuring brand consistency across all digital touchpoints.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Documented daily campaign performance metrics, maintaining a 98% data integrity rate for stakeholder review.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Digital Marketing  •  SEO Strategy  •  SEM Management  •  Content Copywriting  •  Data Analysis  •  Market Research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Meta Ads Manager  •  Google Ads  •  Google Analytics  •  Microsoft Office Suite  •  Social Media Management Tools  •  CRM Basics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Marketing Funnel Optimization  •  A/B Testing  •  Conversion Rate Optimization  •  Brand Positioning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Time Management  •  Attention to Detail  •  Collaborative Teamwork  •  Problem Solving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Marketing and Business Administration</w:t>
      </w:r>
      <w:r>
        <w:rPr>
          <w:rFonts w:ascii="Arial" w:hAnsi="Arial"/>
          <w:b w:val="0"/>
          <w:color w:val="2563EB"/>
          <w:sz w:val="19"/>
        </w:rPr>
        <w:t xml:space="preserve">  •  King Saud University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